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274C3A"/>
          <w:sz w:val="46"/>
        </w:rPr>
        <w:t>KINDRED STRIDES</w:t>
      </w:r>
      <w:r>
        <w:rPr>
          <w:b/>
          <w:color w:val="CA9131"/>
          <w:sz w:val="22"/>
        </w:rPr>
        <w:br/>
        <w:t>OF THE SONORAN</w:t>
      </w:r>
    </w:p>
    <w:p>
      <w:pPr>
        <w:jc w:val="center"/>
      </w:pPr>
      <w:r>
        <w:rPr>
          <w:b/>
          <w:color w:val="9C4A2D"/>
          <w:sz w:val="30"/>
        </w:rPr>
        <w:t>Parent/Guardian Adaptive Riding Participant Intake Form</w:t>
      </w:r>
    </w:p>
    <w:p>
      <w:pPr>
        <w:jc w:val="center"/>
      </w:pPr>
      <w:r>
        <w:rPr>
          <w:color w:val="5A5A5A"/>
          <w:sz w:val="17"/>
        </w:rPr>
        <w:t>Tucson, Arizona  •  info@kindredstrides.org  •  (520) 333-7719  •  www.kindredstrides.org</w:t>
      </w:r>
    </w:p>
    <w:p>
      <w:pPr>
        <w:jc w:val="center"/>
      </w:pPr>
      <w:r>
        <w:rPr>
          <w:i/>
          <w:sz w:val="18"/>
        </w:rPr>
        <w:t>Thank you for helping us get to know your child. This form helps Kindred Strides plan safe, individualized riding and horsemanship experiences. Please answer what is relevant; additional medical clearance and program releases may be required separately.</w:t>
      </w:r>
    </w:p>
    <w:p>
      <w:pPr>
        <w:pStyle w:val="KSSection"/>
        <w:pBdr>
          <w:bottom w:val="single" w:sz="10" w:space="1" w:color="CA9131"/>
        </w:pBdr>
      </w:pPr>
      <w:r>
        <w:t>1. Participant &amp; Family Information</w:t>
      </w:r>
    </w:p>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Participant's full legal name</w:t>
              <w:br/>
            </w:r>
            <w:r>
              <w:t>__________________________________</w:t>
            </w:r>
          </w:p>
        </w:tc>
        <w:tc>
          <w:tcPr>
            <w:tcW w:type="dxa" w:w="5184"/>
            <w:tcMar>
              <w:top w:w="70" w:type="dxa"/>
              <w:start w:w="90" w:type="dxa"/>
              <w:bottom w:w="70" w:type="dxa"/>
              <w:end w:w="90" w:type="dxa"/>
            </w:tcMar>
          </w:tcPr>
          <w:p>
            <w:r>
              <w:rPr>
                <w:b/>
              </w:rPr>
              <w:t>Preferred name / nickname</w:t>
              <w:br/>
            </w:r>
            <w:r>
              <w:t>__________________________________</w:t>
            </w:r>
          </w:p>
        </w:tc>
      </w:tr>
    </w:tbl>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Date of birth</w:t>
              <w:br/>
            </w:r>
            <w:r>
              <w:t>__________________________________</w:t>
            </w:r>
          </w:p>
        </w:tc>
        <w:tc>
          <w:tcPr>
            <w:tcW w:type="dxa" w:w="5184"/>
            <w:tcMar>
              <w:top w:w="70" w:type="dxa"/>
              <w:start w:w="90" w:type="dxa"/>
              <w:bottom w:w="70" w:type="dxa"/>
              <w:end w:w="90" w:type="dxa"/>
            </w:tcMar>
          </w:tcPr>
          <w:p>
            <w:r>
              <w:rPr>
                <w:b/>
              </w:rPr>
              <w:t>Age</w:t>
              <w:br/>
            </w:r>
            <w:r>
              <w:t>__________________________________</w:t>
            </w:r>
          </w:p>
        </w:tc>
      </w:tr>
    </w:tbl>
    <w:p>
      <w:r>
        <w:rPr>
          <w:b/>
        </w:rPr>
        <w:t xml:space="preserve">Pronouns (optional) </w:t>
      </w:r>
      <w:r>
        <w:t>_____________________________________________</w:t>
      </w:r>
    </w:p>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Parent/guardian name</w:t>
              <w:br/>
            </w:r>
            <w:r>
              <w:t>__________________________________</w:t>
            </w:r>
          </w:p>
        </w:tc>
        <w:tc>
          <w:tcPr>
            <w:tcW w:type="dxa" w:w="5184"/>
            <w:tcMar>
              <w:top w:w="70" w:type="dxa"/>
              <w:start w:w="90" w:type="dxa"/>
              <w:bottom w:w="70" w:type="dxa"/>
              <w:end w:w="90" w:type="dxa"/>
            </w:tcMar>
          </w:tcPr>
          <w:p>
            <w:r>
              <w:rPr>
                <w:b/>
              </w:rPr>
              <w:t>Relationship to participant</w:t>
              <w:br/>
            </w:r>
            <w:r>
              <w:t>__________________________________</w:t>
            </w:r>
          </w:p>
        </w:tc>
      </w:tr>
    </w:tbl>
    <w:p>
      <w:r>
        <w:rPr>
          <w:b/>
        </w:rPr>
        <w:t xml:space="preserve">Street address </w:t>
      </w:r>
      <w:r>
        <w:t>___________________________________________________________________________</w:t>
      </w:r>
    </w:p>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City / State / ZIP</w:t>
              <w:br/>
            </w:r>
            <w:r>
              <w:t>__________________________________</w:t>
            </w:r>
          </w:p>
        </w:tc>
        <w:tc>
          <w:tcPr>
            <w:tcW w:type="dxa" w:w="5184"/>
            <w:tcMar>
              <w:top w:w="70" w:type="dxa"/>
              <w:start w:w="90" w:type="dxa"/>
              <w:bottom w:w="70" w:type="dxa"/>
              <w:end w:w="90" w:type="dxa"/>
            </w:tcMar>
          </w:tcPr>
          <w:p>
            <w:r>
              <w:rPr>
                <w:b/>
              </w:rPr>
              <w:t>Primary phone</w:t>
              <w:br/>
            </w:r>
            <w:r>
              <w:t>__________________________________</w:t>
            </w:r>
          </w:p>
        </w:tc>
      </w:tr>
    </w:tbl>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Email</w:t>
              <w:br/>
            </w:r>
            <w:r>
              <w:t>__________________________________</w:t>
            </w:r>
          </w:p>
        </w:tc>
        <w:tc>
          <w:tcPr>
            <w:tcW w:type="dxa" w:w="5184"/>
            <w:tcMar>
              <w:top w:w="70" w:type="dxa"/>
              <w:start w:w="90" w:type="dxa"/>
              <w:bottom w:w="70" w:type="dxa"/>
              <w:end w:w="90" w:type="dxa"/>
            </w:tcMar>
          </w:tcPr>
          <w:p>
            <w:r>
              <w:rPr>
                <w:b/>
              </w:rPr>
              <w:t>Preferred contact method</w:t>
              <w:br/>
            </w:r>
            <w:r>
              <w:t>__________________________________</w:t>
            </w:r>
          </w:p>
        </w:tc>
      </w:tr>
    </w:tbl>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Emergency contact name</w:t>
              <w:br/>
            </w:r>
            <w:r>
              <w:t>__________________________________</w:t>
            </w:r>
          </w:p>
        </w:tc>
        <w:tc>
          <w:tcPr>
            <w:tcW w:type="dxa" w:w="5184"/>
            <w:tcMar>
              <w:top w:w="70" w:type="dxa"/>
              <w:start w:w="90" w:type="dxa"/>
              <w:bottom w:w="70" w:type="dxa"/>
              <w:end w:w="90" w:type="dxa"/>
            </w:tcMar>
          </w:tcPr>
          <w:p>
            <w:r>
              <w:rPr>
                <w:b/>
              </w:rPr>
              <w:t>Relationship</w:t>
              <w:br/>
            </w:r>
            <w:r>
              <w:t>__________________________________</w:t>
            </w:r>
          </w:p>
        </w:tc>
      </w:tr>
    </w:tbl>
    <w:p>
      <w:r>
        <w:rPr>
          <w:b/>
        </w:rPr>
        <w:t xml:space="preserve">Emergency contact phone </w:t>
      </w:r>
      <w:r>
        <w:t>_______________________________________________________</w:t>
      </w:r>
    </w:p>
    <w:p>
      <w:r>
        <w:rPr>
          <w:b/>
        </w:rPr>
        <w:t xml:space="preserve">School / program attended (if applicable) </w:t>
      </w:r>
      <w:r>
        <w:t>_______________________________________________________</w:t>
      </w:r>
    </w:p>
    <w:p>
      <w:pPr>
        <w:pStyle w:val="KSSection"/>
        <w:pBdr>
          <w:bottom w:val="single" w:sz="10" w:space="1" w:color="CA9131"/>
        </w:pBdr>
      </w:pPr>
      <w:r>
        <w:t>2. Tell Us About Your Child</w:t>
      </w:r>
    </w:p>
    <w:p>
      <w:r>
        <w:rPr>
          <w:b/>
        </w:rPr>
        <w:t>Tell us about your child as a person - not just their diagnosis or disability.</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What does your child enjoy? What motivates or encourages them?</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What tends to cause fear, frustration, distress, or overwhelm?</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How does your child show that they are uncomfortable, tired, overwhelmed, or in pain?</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What helps your child feel safe, comfortable, and regulated?</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3. Disability &amp; Medical Information</w:t>
      </w:r>
    </w:p>
    <w:p>
      <w:r>
        <w:rPr>
          <w:b/>
        </w:rPr>
        <w:t>Primary diagnosis/disability, if applicable:</w:t>
      </w:r>
    </w:p>
    <w:p>
      <w:pPr>
        <w:spacing w:after="0"/>
      </w:pPr>
      <w:r>
        <w:t>_________________________________________________________________________________________________________</w:t>
      </w:r>
    </w:p>
    <w:p>
      <w:r>
        <w:rPr>
          <w:b/>
        </w:rPr>
        <w:t>Additional diagnoses, medical conditions, or relevant health concerns:</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Allergies (including food, medication, environmental, or insect allergies) and reaction:</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Current medications that may affect participation, alertness, balance, behavior, or emergency care:</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ubsection"/>
      </w:pPr>
      <w:r>
        <w:t>Please check any that apply:</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Seizure history</w:t>
            </w:r>
          </w:p>
        </w:tc>
        <w:tc>
          <w:tcPr>
            <w:tcW w:type="dxa" w:w="5184"/>
            <w:tcMar>
              <w:top w:w="20" w:type="dxa"/>
              <w:start w:w="90" w:type="dxa"/>
              <w:bottom w:w="20" w:type="dxa"/>
              <w:end w:w="90" w:type="dxa"/>
            </w:tcMar>
          </w:tcPr>
          <w:p>
            <w:r>
              <w:t>☐ Asthma / breathing concerns</w:t>
            </w:r>
          </w:p>
        </w:tc>
      </w:tr>
      <w:tr>
        <w:tc>
          <w:tcPr>
            <w:tcW w:type="dxa" w:w="5184"/>
            <w:tcMar>
              <w:top w:w="20" w:type="dxa"/>
              <w:start w:w="90" w:type="dxa"/>
              <w:bottom w:w="20" w:type="dxa"/>
              <w:end w:w="90" w:type="dxa"/>
            </w:tcMar>
          </w:tcPr>
          <w:p>
            <w:r>
              <w:t>☐ Heart / cardiovascular concerns</w:t>
            </w:r>
          </w:p>
        </w:tc>
        <w:tc>
          <w:tcPr>
            <w:tcW w:type="dxa" w:w="5184"/>
            <w:tcMar>
              <w:top w:w="20" w:type="dxa"/>
              <w:start w:w="90" w:type="dxa"/>
              <w:bottom w:w="20" w:type="dxa"/>
              <w:end w:w="90" w:type="dxa"/>
            </w:tcMar>
          </w:tcPr>
          <w:p>
            <w:r>
              <w:t>☐ Diabetes / blood sugar concerns</w:t>
            </w:r>
          </w:p>
        </w:tc>
      </w:tr>
      <w:tr>
        <w:tc>
          <w:tcPr>
            <w:tcW w:type="dxa" w:w="5184"/>
            <w:tcMar>
              <w:top w:w="20" w:type="dxa"/>
              <w:start w:w="90" w:type="dxa"/>
              <w:bottom w:w="20" w:type="dxa"/>
              <w:end w:w="90" w:type="dxa"/>
            </w:tcMar>
          </w:tcPr>
          <w:p>
            <w:r>
              <w:t>☐ Fainting / dizziness</w:t>
            </w:r>
          </w:p>
        </w:tc>
        <w:tc>
          <w:tcPr>
            <w:tcW w:type="dxa" w:w="5184"/>
            <w:tcMar>
              <w:top w:w="20" w:type="dxa"/>
              <w:start w:w="90" w:type="dxa"/>
              <w:bottom w:w="20" w:type="dxa"/>
              <w:end w:w="90" w:type="dxa"/>
            </w:tcMar>
          </w:tcPr>
          <w:p>
            <w:r>
              <w:t>☐ Heat intolerance</w:t>
            </w:r>
          </w:p>
        </w:tc>
      </w:tr>
      <w:tr>
        <w:tc>
          <w:tcPr>
            <w:tcW w:type="dxa" w:w="5184"/>
            <w:tcMar>
              <w:top w:w="20" w:type="dxa"/>
              <w:start w:w="90" w:type="dxa"/>
              <w:bottom w:w="20" w:type="dxa"/>
              <w:end w:w="90" w:type="dxa"/>
            </w:tcMar>
          </w:tcPr>
          <w:p>
            <w:r>
              <w:t>☐ Skin sensitivity</w:t>
            </w:r>
          </w:p>
        </w:tc>
        <w:tc>
          <w:tcPr>
            <w:tcW w:type="dxa" w:w="5184"/>
            <w:tcMar>
              <w:top w:w="20" w:type="dxa"/>
              <w:start w:w="90" w:type="dxa"/>
              <w:bottom w:w="20" w:type="dxa"/>
              <w:end w:w="90" w:type="dxa"/>
            </w:tcMar>
          </w:tcPr>
          <w:p>
            <w:r>
              <w:t>☐ Pain concerns</w:t>
            </w:r>
          </w:p>
        </w:tc>
      </w:tr>
      <w:tr>
        <w:tc>
          <w:tcPr>
            <w:tcW w:type="dxa" w:w="5184"/>
            <w:tcMar>
              <w:top w:w="20" w:type="dxa"/>
              <w:start w:w="90" w:type="dxa"/>
              <w:bottom w:w="20" w:type="dxa"/>
              <w:end w:w="90" w:type="dxa"/>
            </w:tcMar>
          </w:tcPr>
          <w:p>
            <w:r>
              <w:t>☐ Recent surgery or injury</w:t>
            </w:r>
          </w:p>
        </w:tc>
        <w:tc>
          <w:tcPr>
            <w:tcW w:type="dxa" w:w="5184"/>
            <w:tcMar>
              <w:top w:w="20" w:type="dxa"/>
              <w:start w:w="90" w:type="dxa"/>
              <w:bottom w:w="20" w:type="dxa"/>
              <w:end w:w="90" w:type="dxa"/>
            </w:tcMar>
          </w:tcPr>
          <w:p>
            <w:r>
              <w:t>☐ Implanted medical device</w:t>
            </w:r>
          </w:p>
        </w:tc>
      </w:tr>
      <w:tr>
        <w:tc>
          <w:tcPr>
            <w:tcW w:type="dxa" w:w="5184"/>
            <w:tcMar>
              <w:top w:w="20" w:type="dxa"/>
              <w:start w:w="90" w:type="dxa"/>
              <w:bottom w:w="20" w:type="dxa"/>
              <w:end w:w="90" w:type="dxa"/>
            </w:tcMar>
          </w:tcPr>
          <w:p>
            <w:r>
              <w:t>☐ Vision concerns</w:t>
            </w:r>
          </w:p>
        </w:tc>
        <w:tc>
          <w:tcPr>
            <w:tcW w:type="dxa" w:w="5184"/>
            <w:tcMar>
              <w:top w:w="20" w:type="dxa"/>
              <w:start w:w="90" w:type="dxa"/>
              <w:bottom w:w="20" w:type="dxa"/>
              <w:end w:w="90" w:type="dxa"/>
            </w:tcMar>
          </w:tcPr>
          <w:p>
            <w:r>
              <w:t>☐ Hearing concerns</w:t>
            </w:r>
          </w:p>
        </w:tc>
      </w:tr>
      <w:tr>
        <w:tc>
          <w:tcPr>
            <w:tcW w:type="dxa" w:w="5184"/>
            <w:tcMar>
              <w:top w:w="20" w:type="dxa"/>
              <w:start w:w="90" w:type="dxa"/>
              <w:bottom w:w="20" w:type="dxa"/>
              <w:end w:w="90" w:type="dxa"/>
            </w:tcMar>
          </w:tcPr>
          <w:p>
            <w:r>
              <w:t>☐ None of the above</w:t>
            </w:r>
          </w:p>
        </w:tc>
        <w:tc>
          <w:tcPr>
            <w:tcW w:type="dxa" w:w="5184"/>
            <w:tcMar>
              <w:top w:w="20" w:type="dxa"/>
              <w:start w:w="90" w:type="dxa"/>
              <w:bottom w:w="20" w:type="dxa"/>
              <w:end w:w="90" w:type="dxa"/>
            </w:tcMar>
          </w:tcPr>
          <w:p/>
        </w:tc>
      </w:tr>
    </w:tbl>
    <w:p>
      <w:r>
        <w:rPr>
          <w:b/>
        </w:rPr>
        <w:t>If seizure history: type, date of most recent seizure, typical duration, known triggers, rescue medication, and what staff should do:</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Recent surgeries/injuries, activity restrictions, or other medical information relevant to safe participation:</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4. Physical Abilities &amp; Mobility</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Walks independently</w:t>
            </w:r>
          </w:p>
        </w:tc>
        <w:tc>
          <w:tcPr>
            <w:tcW w:type="dxa" w:w="5184"/>
            <w:tcMar>
              <w:top w:w="20" w:type="dxa"/>
              <w:start w:w="90" w:type="dxa"/>
              <w:bottom w:w="20" w:type="dxa"/>
              <w:end w:w="90" w:type="dxa"/>
            </w:tcMar>
          </w:tcPr>
          <w:p>
            <w:r>
              <w:t>☐ Needs assistance walking</w:t>
            </w:r>
          </w:p>
        </w:tc>
      </w:tr>
      <w:tr>
        <w:tc>
          <w:tcPr>
            <w:tcW w:type="dxa" w:w="5184"/>
            <w:tcMar>
              <w:top w:w="20" w:type="dxa"/>
              <w:start w:w="90" w:type="dxa"/>
              <w:bottom w:w="20" w:type="dxa"/>
              <w:end w:w="90" w:type="dxa"/>
            </w:tcMar>
          </w:tcPr>
          <w:p>
            <w:r>
              <w:t>☐ Uses wheelchair</w:t>
            </w:r>
          </w:p>
        </w:tc>
        <w:tc>
          <w:tcPr>
            <w:tcW w:type="dxa" w:w="5184"/>
            <w:tcMar>
              <w:top w:w="20" w:type="dxa"/>
              <w:start w:w="90" w:type="dxa"/>
              <w:bottom w:w="20" w:type="dxa"/>
              <w:end w:w="90" w:type="dxa"/>
            </w:tcMar>
          </w:tcPr>
          <w:p>
            <w:r>
              <w:t>☐ Uses walker</w:t>
            </w:r>
          </w:p>
        </w:tc>
      </w:tr>
      <w:tr>
        <w:tc>
          <w:tcPr>
            <w:tcW w:type="dxa" w:w="5184"/>
            <w:tcMar>
              <w:top w:w="20" w:type="dxa"/>
              <w:start w:w="90" w:type="dxa"/>
              <w:bottom w:w="20" w:type="dxa"/>
              <w:end w:w="90" w:type="dxa"/>
            </w:tcMar>
          </w:tcPr>
          <w:p>
            <w:r>
              <w:t>☐ Uses cane / crutches</w:t>
            </w:r>
          </w:p>
        </w:tc>
        <w:tc>
          <w:tcPr>
            <w:tcW w:type="dxa" w:w="5184"/>
            <w:tcMar>
              <w:top w:w="20" w:type="dxa"/>
              <w:start w:w="90" w:type="dxa"/>
              <w:bottom w:w="20" w:type="dxa"/>
              <w:end w:w="90" w:type="dxa"/>
            </w:tcMar>
          </w:tcPr>
          <w:p>
            <w:r>
              <w:t>☐ Uses orthotics / braces</w:t>
            </w:r>
          </w:p>
        </w:tc>
      </w:tr>
      <w:tr>
        <w:tc>
          <w:tcPr>
            <w:tcW w:type="dxa" w:w="5184"/>
            <w:tcMar>
              <w:top w:w="20" w:type="dxa"/>
              <w:start w:w="90" w:type="dxa"/>
              <w:bottom w:w="20" w:type="dxa"/>
              <w:end w:w="90" w:type="dxa"/>
            </w:tcMar>
          </w:tcPr>
          <w:p>
            <w:r>
              <w:t>☐ Transfers independently</w:t>
            </w:r>
          </w:p>
        </w:tc>
        <w:tc>
          <w:tcPr>
            <w:tcW w:type="dxa" w:w="5184"/>
            <w:tcMar>
              <w:top w:w="20" w:type="dxa"/>
              <w:start w:w="90" w:type="dxa"/>
              <w:bottom w:w="20" w:type="dxa"/>
              <w:end w:w="90" w:type="dxa"/>
            </w:tcMar>
          </w:tcPr>
          <w:p>
            <w:r>
              <w:t>☐ Needs assistance with transfers</w:t>
            </w:r>
          </w:p>
        </w:tc>
      </w:tr>
      <w:tr>
        <w:tc>
          <w:tcPr>
            <w:tcW w:type="dxa" w:w="5184"/>
            <w:tcMar>
              <w:top w:w="20" w:type="dxa"/>
              <w:start w:w="90" w:type="dxa"/>
              <w:bottom w:w="20" w:type="dxa"/>
              <w:end w:w="90" w:type="dxa"/>
            </w:tcMar>
          </w:tcPr>
          <w:p>
            <w:r>
              <w:t>☐ Sits independently</w:t>
            </w:r>
          </w:p>
        </w:tc>
        <w:tc>
          <w:tcPr>
            <w:tcW w:type="dxa" w:w="5184"/>
            <w:tcMar>
              <w:top w:w="20" w:type="dxa"/>
              <w:start w:w="90" w:type="dxa"/>
              <w:bottom w:w="20" w:type="dxa"/>
              <w:end w:w="90" w:type="dxa"/>
            </w:tcMar>
          </w:tcPr>
          <w:p>
            <w:r>
              <w:t>☐ Needs support while sitting</w:t>
            </w:r>
          </w:p>
        </w:tc>
      </w:tr>
      <w:tr>
        <w:tc>
          <w:tcPr>
            <w:tcW w:type="dxa" w:w="5184"/>
            <w:tcMar>
              <w:top w:w="20" w:type="dxa"/>
              <w:start w:w="90" w:type="dxa"/>
              <w:bottom w:w="20" w:type="dxa"/>
              <w:end w:w="90" w:type="dxa"/>
            </w:tcMar>
          </w:tcPr>
          <w:p>
            <w:r>
              <w:t>☐ Maintains head/neck control</w:t>
            </w:r>
          </w:p>
        </w:tc>
        <w:tc>
          <w:tcPr>
            <w:tcW w:type="dxa" w:w="5184"/>
            <w:tcMar>
              <w:top w:w="20" w:type="dxa"/>
              <w:start w:w="90" w:type="dxa"/>
              <w:bottom w:w="20" w:type="dxa"/>
              <w:end w:w="90" w:type="dxa"/>
            </w:tcMar>
          </w:tcPr>
          <w:p>
            <w:r>
              <w:t>☐ Limited range of motion</w:t>
            </w:r>
          </w:p>
        </w:tc>
      </w:tr>
      <w:tr>
        <w:tc>
          <w:tcPr>
            <w:tcW w:type="dxa" w:w="5184"/>
            <w:tcMar>
              <w:top w:w="20" w:type="dxa"/>
              <w:start w:w="90" w:type="dxa"/>
              <w:bottom w:w="20" w:type="dxa"/>
              <w:end w:w="90" w:type="dxa"/>
            </w:tcMar>
          </w:tcPr>
          <w:p>
            <w:r>
              <w:t>☐ Muscle weakness</w:t>
            </w:r>
          </w:p>
        </w:tc>
        <w:tc>
          <w:tcPr>
            <w:tcW w:type="dxa" w:w="5184"/>
            <w:tcMar>
              <w:top w:w="20" w:type="dxa"/>
              <w:start w:w="90" w:type="dxa"/>
              <w:bottom w:w="20" w:type="dxa"/>
              <w:end w:w="90" w:type="dxa"/>
            </w:tcMar>
          </w:tcPr>
          <w:p>
            <w:r>
              <w:t>☐ Spasticity / altered muscle tone</w:t>
            </w:r>
          </w:p>
        </w:tc>
      </w:tr>
      <w:tr>
        <w:tc>
          <w:tcPr>
            <w:tcW w:type="dxa" w:w="5184"/>
            <w:tcMar>
              <w:top w:w="20" w:type="dxa"/>
              <w:start w:w="90" w:type="dxa"/>
              <w:bottom w:w="20" w:type="dxa"/>
              <w:end w:w="90" w:type="dxa"/>
            </w:tcMar>
          </w:tcPr>
          <w:p>
            <w:r>
              <w:t>☐ Balance difficulties</w:t>
            </w:r>
          </w:p>
        </w:tc>
        <w:tc>
          <w:tcPr>
            <w:tcW w:type="dxa" w:w="5184"/>
            <w:tcMar>
              <w:top w:w="20" w:type="dxa"/>
              <w:start w:w="90" w:type="dxa"/>
              <w:bottom w:w="20" w:type="dxa"/>
              <w:end w:w="90" w:type="dxa"/>
            </w:tcMar>
          </w:tcPr>
          <w:p>
            <w:r>
              <w:t>☐ Coordination difficulties</w:t>
            </w:r>
          </w:p>
        </w:tc>
      </w:tr>
      <w:tr>
        <w:tc>
          <w:tcPr>
            <w:tcW w:type="dxa" w:w="5184"/>
            <w:tcMar>
              <w:top w:w="20" w:type="dxa"/>
              <w:start w:w="90" w:type="dxa"/>
              <w:bottom w:w="20" w:type="dxa"/>
              <w:end w:w="90" w:type="dxa"/>
            </w:tcMar>
          </w:tcPr>
          <w:p>
            <w:r>
              <w:t>☐ Tires easily</w:t>
            </w:r>
          </w:p>
        </w:tc>
        <w:tc>
          <w:tcPr>
            <w:tcW w:type="dxa" w:w="5184"/>
            <w:tcMar>
              <w:top w:w="20" w:type="dxa"/>
              <w:start w:w="90" w:type="dxa"/>
              <w:bottom w:w="20" w:type="dxa"/>
              <w:end w:w="90" w:type="dxa"/>
            </w:tcMar>
          </w:tcPr>
          <w:p>
            <w:r>
              <w:t>☐ Other</w:t>
            </w:r>
          </w:p>
        </w:tc>
      </w:tr>
    </w:tbl>
    <w:p>
      <w:r>
        <w:rPr>
          <w:b/>
        </w:rPr>
        <w:t>Please describe physical assistance, positioning, transfer, or mobility needs:</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5. Communication, Sensory &amp; Learning</w:t>
      </w:r>
    </w:p>
    <w:p>
      <w:pPr>
        <w:pStyle w:val="KSSubsection"/>
      </w:pPr>
      <w:r>
        <w:t>Communication - check all that apply:</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Speaks independently</w:t>
            </w:r>
          </w:p>
        </w:tc>
        <w:tc>
          <w:tcPr>
            <w:tcW w:type="dxa" w:w="5184"/>
            <w:tcMar>
              <w:top w:w="20" w:type="dxa"/>
              <w:start w:w="90" w:type="dxa"/>
              <w:bottom w:w="20" w:type="dxa"/>
              <w:end w:w="90" w:type="dxa"/>
            </w:tcMar>
          </w:tcPr>
          <w:p>
            <w:r>
              <w:t>☐ Uses short words / phrases</w:t>
            </w:r>
          </w:p>
        </w:tc>
      </w:tr>
      <w:tr>
        <w:tc>
          <w:tcPr>
            <w:tcW w:type="dxa" w:w="5184"/>
            <w:tcMar>
              <w:top w:w="20" w:type="dxa"/>
              <w:start w:w="90" w:type="dxa"/>
              <w:bottom w:w="20" w:type="dxa"/>
              <w:end w:w="90" w:type="dxa"/>
            </w:tcMar>
          </w:tcPr>
          <w:p>
            <w:r>
              <w:t>☐ Uses gestures</w:t>
            </w:r>
          </w:p>
        </w:tc>
        <w:tc>
          <w:tcPr>
            <w:tcW w:type="dxa" w:w="5184"/>
            <w:tcMar>
              <w:top w:w="20" w:type="dxa"/>
              <w:start w:w="90" w:type="dxa"/>
              <w:bottom w:w="20" w:type="dxa"/>
              <w:end w:w="90" w:type="dxa"/>
            </w:tcMar>
          </w:tcPr>
          <w:p>
            <w:r>
              <w:t>☐ Uses sign language</w:t>
            </w:r>
          </w:p>
        </w:tc>
      </w:tr>
      <w:tr>
        <w:tc>
          <w:tcPr>
            <w:tcW w:type="dxa" w:w="5184"/>
            <w:tcMar>
              <w:top w:w="20" w:type="dxa"/>
              <w:start w:w="90" w:type="dxa"/>
              <w:bottom w:w="20" w:type="dxa"/>
              <w:end w:w="90" w:type="dxa"/>
            </w:tcMar>
          </w:tcPr>
          <w:p>
            <w:r>
              <w:t>☐ Uses AAC / communication device</w:t>
            </w:r>
          </w:p>
        </w:tc>
        <w:tc>
          <w:tcPr>
            <w:tcW w:type="dxa" w:w="5184"/>
            <w:tcMar>
              <w:top w:w="20" w:type="dxa"/>
              <w:start w:w="90" w:type="dxa"/>
              <w:bottom w:w="20" w:type="dxa"/>
              <w:end w:w="90" w:type="dxa"/>
            </w:tcMar>
          </w:tcPr>
          <w:p>
            <w:r>
              <w:t>☐ Uses picture communication</w:t>
            </w:r>
          </w:p>
        </w:tc>
      </w:tr>
      <w:tr>
        <w:tc>
          <w:tcPr>
            <w:tcW w:type="dxa" w:w="5184"/>
            <w:tcMar>
              <w:top w:w="20" w:type="dxa"/>
              <w:start w:w="90" w:type="dxa"/>
              <w:bottom w:w="20" w:type="dxa"/>
              <w:end w:w="90" w:type="dxa"/>
            </w:tcMar>
          </w:tcPr>
          <w:p>
            <w:r>
              <w:t>☐ Primarily communicates nonverbally</w:t>
            </w:r>
          </w:p>
        </w:tc>
        <w:tc>
          <w:tcPr>
            <w:tcW w:type="dxa" w:w="5184"/>
            <w:tcMar>
              <w:top w:w="20" w:type="dxa"/>
              <w:start w:w="90" w:type="dxa"/>
              <w:bottom w:w="20" w:type="dxa"/>
              <w:end w:w="90" w:type="dxa"/>
            </w:tcMar>
          </w:tcPr>
          <w:p>
            <w:r>
              <w:t>☐ Other</w:t>
            </w:r>
          </w:p>
        </w:tc>
      </w:tr>
    </w:tbl>
    <w:p>
      <w:r>
        <w:rPr>
          <w:b/>
        </w:rPr>
        <w:t>How does your child communicate wants, needs, yes/no, discomfort, or a need for a break?</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ubsection"/>
      </w:pPr>
      <w:r>
        <w:t>Sensory considerations - check all that apply:</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Sensitive to loud noises</w:t>
            </w:r>
          </w:p>
        </w:tc>
        <w:tc>
          <w:tcPr>
            <w:tcW w:type="dxa" w:w="5184"/>
            <w:tcMar>
              <w:top w:w="20" w:type="dxa"/>
              <w:start w:w="90" w:type="dxa"/>
              <w:bottom w:w="20" w:type="dxa"/>
              <w:end w:w="90" w:type="dxa"/>
            </w:tcMar>
          </w:tcPr>
          <w:p>
            <w:r>
              <w:t>☐ Sensitive to touch</w:t>
            </w:r>
          </w:p>
        </w:tc>
      </w:tr>
      <w:tr>
        <w:tc>
          <w:tcPr>
            <w:tcW w:type="dxa" w:w="5184"/>
            <w:tcMar>
              <w:top w:w="20" w:type="dxa"/>
              <w:start w:w="90" w:type="dxa"/>
              <w:bottom w:w="20" w:type="dxa"/>
              <w:end w:w="90" w:type="dxa"/>
            </w:tcMar>
          </w:tcPr>
          <w:p>
            <w:r>
              <w:t>☐ Sensitive to smells</w:t>
            </w:r>
          </w:p>
        </w:tc>
        <w:tc>
          <w:tcPr>
            <w:tcW w:type="dxa" w:w="5184"/>
            <w:tcMar>
              <w:top w:w="20" w:type="dxa"/>
              <w:start w:w="90" w:type="dxa"/>
              <w:bottom w:w="20" w:type="dxa"/>
              <w:end w:w="90" w:type="dxa"/>
            </w:tcMar>
          </w:tcPr>
          <w:p>
            <w:r>
              <w:t>☐ Sensitive to bright light</w:t>
            </w:r>
          </w:p>
        </w:tc>
      </w:tr>
      <w:tr>
        <w:tc>
          <w:tcPr>
            <w:tcW w:type="dxa" w:w="5184"/>
            <w:tcMar>
              <w:top w:w="20" w:type="dxa"/>
              <w:start w:w="90" w:type="dxa"/>
              <w:bottom w:w="20" w:type="dxa"/>
              <w:end w:w="90" w:type="dxa"/>
            </w:tcMar>
          </w:tcPr>
          <w:p>
            <w:r>
              <w:t>☐ Sensitive to textures</w:t>
            </w:r>
          </w:p>
        </w:tc>
        <w:tc>
          <w:tcPr>
            <w:tcW w:type="dxa" w:w="5184"/>
            <w:tcMar>
              <w:top w:w="20" w:type="dxa"/>
              <w:start w:w="90" w:type="dxa"/>
              <w:bottom w:w="20" w:type="dxa"/>
              <w:end w:w="90" w:type="dxa"/>
            </w:tcMar>
          </w:tcPr>
          <w:p>
            <w:r>
              <w:t>☐ Seeks movement</w:t>
            </w:r>
          </w:p>
        </w:tc>
      </w:tr>
      <w:tr>
        <w:tc>
          <w:tcPr>
            <w:tcW w:type="dxa" w:w="5184"/>
            <w:tcMar>
              <w:top w:w="20" w:type="dxa"/>
              <w:start w:w="90" w:type="dxa"/>
              <w:bottom w:w="20" w:type="dxa"/>
              <w:end w:w="90" w:type="dxa"/>
            </w:tcMar>
          </w:tcPr>
          <w:p>
            <w:r>
              <w:t>☐ Avoids movement</w:t>
            </w:r>
          </w:p>
        </w:tc>
        <w:tc>
          <w:tcPr>
            <w:tcW w:type="dxa" w:w="5184"/>
            <w:tcMar>
              <w:top w:w="20" w:type="dxa"/>
              <w:start w:w="90" w:type="dxa"/>
              <w:bottom w:w="20" w:type="dxa"/>
              <w:end w:w="90" w:type="dxa"/>
            </w:tcMar>
          </w:tcPr>
          <w:p>
            <w:r>
              <w:t>☐ Overwhelmed in busy environments</w:t>
            </w:r>
          </w:p>
        </w:tc>
      </w:tr>
      <w:tr>
        <w:tc>
          <w:tcPr>
            <w:tcW w:type="dxa" w:w="5184"/>
            <w:tcMar>
              <w:top w:w="20" w:type="dxa"/>
              <w:start w:w="90" w:type="dxa"/>
              <w:bottom w:w="20" w:type="dxa"/>
              <w:end w:w="90" w:type="dxa"/>
            </w:tcMar>
          </w:tcPr>
          <w:p>
            <w:r>
              <w:t>☐ Other</w:t>
            </w:r>
          </w:p>
        </w:tc>
        <w:tc>
          <w:tcPr>
            <w:tcW w:type="dxa" w:w="5184"/>
            <w:tcMar>
              <w:top w:w="20" w:type="dxa"/>
              <w:start w:w="90" w:type="dxa"/>
              <w:bottom w:w="20" w:type="dxa"/>
              <w:end w:w="90" w:type="dxa"/>
            </w:tcMar>
          </w:tcPr>
          <w:p/>
        </w:tc>
      </w:tr>
    </w:tbl>
    <w:p>
      <w:r>
        <w:rPr>
          <w:b/>
        </w:rPr>
        <w:t>Hearing aids, glasses, AAC, sensory supports, or other equipment used:</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ubsection"/>
      </w:pPr>
      <w:r>
        <w:t>Learning preferences - check all that apply:</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Learns best by seeing / demonstration</w:t>
            </w:r>
          </w:p>
        </w:tc>
        <w:tc>
          <w:tcPr>
            <w:tcW w:type="dxa" w:w="5184"/>
            <w:tcMar>
              <w:top w:w="20" w:type="dxa"/>
              <w:start w:w="90" w:type="dxa"/>
              <w:bottom w:w="20" w:type="dxa"/>
              <w:end w:w="90" w:type="dxa"/>
            </w:tcMar>
          </w:tcPr>
          <w:p>
            <w:r>
              <w:t>☐ Learns best by listening</w:t>
            </w:r>
          </w:p>
        </w:tc>
      </w:tr>
      <w:tr>
        <w:tc>
          <w:tcPr>
            <w:tcW w:type="dxa" w:w="5184"/>
            <w:tcMar>
              <w:top w:w="20" w:type="dxa"/>
              <w:start w:w="90" w:type="dxa"/>
              <w:bottom w:w="20" w:type="dxa"/>
              <w:end w:w="90" w:type="dxa"/>
            </w:tcMar>
          </w:tcPr>
          <w:p>
            <w:r>
              <w:t>☐ Learns best by doing</w:t>
            </w:r>
          </w:p>
        </w:tc>
        <w:tc>
          <w:tcPr>
            <w:tcW w:type="dxa" w:w="5184"/>
            <w:tcMar>
              <w:top w:w="20" w:type="dxa"/>
              <w:start w:w="90" w:type="dxa"/>
              <w:bottom w:w="20" w:type="dxa"/>
              <w:end w:w="90" w:type="dxa"/>
            </w:tcMar>
          </w:tcPr>
          <w:p>
            <w:r>
              <w:t>☐ Benefits from repetition</w:t>
            </w:r>
          </w:p>
        </w:tc>
      </w:tr>
      <w:tr>
        <w:tc>
          <w:tcPr>
            <w:tcW w:type="dxa" w:w="5184"/>
            <w:tcMar>
              <w:top w:w="20" w:type="dxa"/>
              <w:start w:w="90" w:type="dxa"/>
              <w:bottom w:w="20" w:type="dxa"/>
              <w:end w:w="90" w:type="dxa"/>
            </w:tcMar>
          </w:tcPr>
          <w:p>
            <w:r>
              <w:t>☐ Benefits from one-step directions</w:t>
            </w:r>
          </w:p>
        </w:tc>
        <w:tc>
          <w:tcPr>
            <w:tcW w:type="dxa" w:w="5184"/>
            <w:tcMar>
              <w:top w:w="20" w:type="dxa"/>
              <w:start w:w="90" w:type="dxa"/>
              <w:bottom w:w="20" w:type="dxa"/>
              <w:end w:w="90" w:type="dxa"/>
            </w:tcMar>
          </w:tcPr>
          <w:p>
            <w:r>
              <w:t>☐ Benefits from visual schedules</w:t>
            </w:r>
          </w:p>
        </w:tc>
      </w:tr>
      <w:tr>
        <w:tc>
          <w:tcPr>
            <w:tcW w:type="dxa" w:w="5184"/>
            <w:tcMar>
              <w:top w:w="20" w:type="dxa"/>
              <w:start w:w="90" w:type="dxa"/>
              <w:bottom w:w="20" w:type="dxa"/>
              <w:end w:w="90" w:type="dxa"/>
            </w:tcMar>
          </w:tcPr>
          <w:p>
            <w:r>
              <w:t>☐ Needs extra processing time</w:t>
            </w:r>
          </w:p>
        </w:tc>
        <w:tc>
          <w:tcPr>
            <w:tcW w:type="dxa" w:w="5184"/>
            <w:tcMar>
              <w:top w:w="20" w:type="dxa"/>
              <w:start w:w="90" w:type="dxa"/>
              <w:bottom w:w="20" w:type="dxa"/>
              <w:end w:w="90" w:type="dxa"/>
            </w:tcMar>
          </w:tcPr>
          <w:p>
            <w:r>
              <w:t>☐ Prefers predictable routines</w:t>
            </w:r>
          </w:p>
        </w:tc>
      </w:tr>
      <w:tr>
        <w:tc>
          <w:tcPr>
            <w:tcW w:type="dxa" w:w="5184"/>
            <w:tcMar>
              <w:top w:w="20" w:type="dxa"/>
              <w:start w:w="90" w:type="dxa"/>
              <w:bottom w:w="20" w:type="dxa"/>
              <w:end w:w="90" w:type="dxa"/>
            </w:tcMar>
          </w:tcPr>
          <w:p>
            <w:r>
              <w:t>☐ Responds well to choices</w:t>
            </w:r>
          </w:p>
        </w:tc>
        <w:tc>
          <w:tcPr>
            <w:tcW w:type="dxa" w:w="5184"/>
            <w:tcMar>
              <w:top w:w="20" w:type="dxa"/>
              <w:start w:w="90" w:type="dxa"/>
              <w:bottom w:w="20" w:type="dxa"/>
              <w:end w:w="90" w:type="dxa"/>
            </w:tcMar>
          </w:tcPr>
          <w:p>
            <w:r>
              <w:t>☐ Responds well to praise</w:t>
            </w:r>
          </w:p>
        </w:tc>
      </w:tr>
      <w:tr>
        <w:tc>
          <w:tcPr>
            <w:tcW w:type="dxa" w:w="5184"/>
            <w:tcMar>
              <w:top w:w="20" w:type="dxa"/>
              <w:start w:w="90" w:type="dxa"/>
              <w:bottom w:w="20" w:type="dxa"/>
              <w:end w:w="90" w:type="dxa"/>
            </w:tcMar>
          </w:tcPr>
          <w:p>
            <w:r>
              <w:t>☐ Other</w:t>
            </w:r>
          </w:p>
        </w:tc>
        <w:tc>
          <w:tcPr>
            <w:tcW w:type="dxa" w:w="5184"/>
            <w:tcMar>
              <w:top w:w="20" w:type="dxa"/>
              <w:start w:w="90" w:type="dxa"/>
              <w:bottom w:w="20" w:type="dxa"/>
              <w:end w:w="90" w:type="dxa"/>
            </w:tcMar>
          </w:tcPr>
          <w:p/>
        </w:tc>
      </w:tr>
    </w:tbl>
    <w:p>
      <w:r>
        <w:rPr>
          <w:b/>
        </w:rPr>
        <w:t>What have teachers, therapists, or caregivers found particularly helpful when working with your child?</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6. Behavioral &amp; Emotional Considerations</w:t>
      </w:r>
    </w:p>
    <w:p>
      <w:r>
        <w:rPr>
          <w:i/>
        </w:rPr>
        <w:t>Please share anything that may help us support your child safely and respectfully. This information does not automatically prevent participation.</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Running / elopement</w:t>
            </w:r>
          </w:p>
        </w:tc>
        <w:tc>
          <w:tcPr>
            <w:tcW w:type="dxa" w:w="5184"/>
            <w:tcMar>
              <w:top w:w="20" w:type="dxa"/>
              <w:start w:w="90" w:type="dxa"/>
              <w:bottom w:w="20" w:type="dxa"/>
              <w:end w:w="90" w:type="dxa"/>
            </w:tcMar>
          </w:tcPr>
          <w:p>
            <w:r>
              <w:t>☐ Hitting</w:t>
            </w:r>
          </w:p>
        </w:tc>
      </w:tr>
      <w:tr>
        <w:tc>
          <w:tcPr>
            <w:tcW w:type="dxa" w:w="5184"/>
            <w:tcMar>
              <w:top w:w="20" w:type="dxa"/>
              <w:start w:w="90" w:type="dxa"/>
              <w:bottom w:w="20" w:type="dxa"/>
              <w:end w:w="90" w:type="dxa"/>
            </w:tcMar>
          </w:tcPr>
          <w:p>
            <w:r>
              <w:t>☐ Biting</w:t>
            </w:r>
          </w:p>
        </w:tc>
        <w:tc>
          <w:tcPr>
            <w:tcW w:type="dxa" w:w="5184"/>
            <w:tcMar>
              <w:top w:w="20" w:type="dxa"/>
              <w:start w:w="90" w:type="dxa"/>
              <w:bottom w:w="20" w:type="dxa"/>
              <w:end w:w="90" w:type="dxa"/>
            </w:tcMar>
          </w:tcPr>
          <w:p>
            <w:r>
              <w:t>☐ Kicking</w:t>
            </w:r>
          </w:p>
        </w:tc>
      </w:tr>
      <w:tr>
        <w:tc>
          <w:tcPr>
            <w:tcW w:type="dxa" w:w="5184"/>
            <w:tcMar>
              <w:top w:w="20" w:type="dxa"/>
              <w:start w:w="90" w:type="dxa"/>
              <w:bottom w:w="20" w:type="dxa"/>
              <w:end w:w="90" w:type="dxa"/>
            </w:tcMar>
          </w:tcPr>
          <w:p>
            <w:r>
              <w:t>☐ Throwing objects</w:t>
            </w:r>
          </w:p>
        </w:tc>
        <w:tc>
          <w:tcPr>
            <w:tcW w:type="dxa" w:w="5184"/>
            <w:tcMar>
              <w:top w:w="20" w:type="dxa"/>
              <w:start w:w="90" w:type="dxa"/>
              <w:bottom w:w="20" w:type="dxa"/>
              <w:end w:w="90" w:type="dxa"/>
            </w:tcMar>
          </w:tcPr>
          <w:p>
            <w:r>
              <w:t>☐ Dropping to the ground</w:t>
            </w:r>
          </w:p>
        </w:tc>
      </w:tr>
      <w:tr>
        <w:tc>
          <w:tcPr>
            <w:tcW w:type="dxa" w:w="5184"/>
            <w:tcMar>
              <w:top w:w="20" w:type="dxa"/>
              <w:start w:w="90" w:type="dxa"/>
              <w:bottom w:w="20" w:type="dxa"/>
              <w:end w:w="90" w:type="dxa"/>
            </w:tcMar>
          </w:tcPr>
          <w:p>
            <w:r>
              <w:t>☐ Self-injurious behavior</w:t>
            </w:r>
          </w:p>
        </w:tc>
        <w:tc>
          <w:tcPr>
            <w:tcW w:type="dxa" w:w="5184"/>
            <w:tcMar>
              <w:top w:w="20" w:type="dxa"/>
              <w:start w:w="90" w:type="dxa"/>
              <w:bottom w:w="20" w:type="dxa"/>
              <w:end w:w="90" w:type="dxa"/>
            </w:tcMar>
          </w:tcPr>
          <w:p>
            <w:r>
              <w:t>☐ Freezing / shutting down</w:t>
            </w:r>
          </w:p>
        </w:tc>
      </w:tr>
      <w:tr>
        <w:tc>
          <w:tcPr>
            <w:tcW w:type="dxa" w:w="5184"/>
            <w:tcMar>
              <w:top w:w="20" w:type="dxa"/>
              <w:start w:w="90" w:type="dxa"/>
              <w:bottom w:w="20" w:type="dxa"/>
              <w:end w:w="90" w:type="dxa"/>
            </w:tcMar>
          </w:tcPr>
          <w:p>
            <w:r>
              <w:t>☐ Panic / intense fear</w:t>
            </w:r>
          </w:p>
        </w:tc>
        <w:tc>
          <w:tcPr>
            <w:tcW w:type="dxa" w:w="5184"/>
            <w:tcMar>
              <w:top w:w="20" w:type="dxa"/>
              <w:start w:w="90" w:type="dxa"/>
              <w:bottom w:w="20" w:type="dxa"/>
              <w:end w:w="90" w:type="dxa"/>
            </w:tcMar>
          </w:tcPr>
          <w:p>
            <w:r>
              <w:t>☐ Difficulty with transitions</w:t>
            </w:r>
          </w:p>
        </w:tc>
      </w:tr>
      <w:tr>
        <w:tc>
          <w:tcPr>
            <w:tcW w:type="dxa" w:w="5184"/>
            <w:tcMar>
              <w:top w:w="20" w:type="dxa"/>
              <w:start w:w="90" w:type="dxa"/>
              <w:bottom w:w="20" w:type="dxa"/>
              <w:end w:w="90" w:type="dxa"/>
            </w:tcMar>
          </w:tcPr>
          <w:p>
            <w:r>
              <w:t>☐ Becomes easily overwhelmed</w:t>
            </w:r>
          </w:p>
        </w:tc>
        <w:tc>
          <w:tcPr>
            <w:tcW w:type="dxa" w:w="5184"/>
            <w:tcMar>
              <w:top w:w="20" w:type="dxa"/>
              <w:start w:w="90" w:type="dxa"/>
              <w:bottom w:w="20" w:type="dxa"/>
              <w:end w:w="90" w:type="dxa"/>
            </w:tcMar>
          </w:tcPr>
          <w:p>
            <w:r>
              <w:t>☐ Other</w:t>
            </w:r>
          </w:p>
        </w:tc>
      </w:tr>
    </w:tbl>
    <w:p>
      <w:r>
        <w:rPr>
          <w:b/>
        </w:rPr>
        <w:t>What situations or triggers are most likely to lead to these behaviors or responses?</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What prevention, redirection, calming, or regulation strategies work best?</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Are there any behaviors or safety concerns we should know about around horses, other participants, instructors, or volunteers?</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7. Horse &amp; Riding Experience</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Has been around horses before</w:t>
            </w:r>
          </w:p>
        </w:tc>
        <w:tc>
          <w:tcPr>
            <w:tcW w:type="dxa" w:w="5184"/>
            <w:tcMar>
              <w:top w:w="20" w:type="dxa"/>
              <w:start w:w="90" w:type="dxa"/>
              <w:bottom w:w="20" w:type="dxa"/>
              <w:end w:w="90" w:type="dxa"/>
            </w:tcMar>
          </w:tcPr>
          <w:p>
            <w:r>
              <w:t>☐ Has ridden before</w:t>
            </w:r>
          </w:p>
        </w:tc>
      </w:tr>
      <w:tr>
        <w:tc>
          <w:tcPr>
            <w:tcW w:type="dxa" w:w="5184"/>
            <w:tcMar>
              <w:top w:w="20" w:type="dxa"/>
              <w:start w:w="90" w:type="dxa"/>
              <w:bottom w:w="20" w:type="dxa"/>
              <w:end w:w="90" w:type="dxa"/>
            </w:tcMar>
          </w:tcPr>
          <w:p>
            <w:r>
              <w:t>☐ Has participated in adaptive riding</w:t>
            </w:r>
          </w:p>
        </w:tc>
        <w:tc>
          <w:tcPr>
            <w:tcW w:type="dxa" w:w="5184"/>
            <w:tcMar>
              <w:top w:w="20" w:type="dxa"/>
              <w:start w:w="90" w:type="dxa"/>
              <w:bottom w:w="20" w:type="dxa"/>
              <w:end w:w="90" w:type="dxa"/>
            </w:tcMar>
          </w:tcPr>
          <w:p>
            <w:r>
              <w:t>☐ Has ridden with a horse leader</w:t>
            </w:r>
          </w:p>
        </w:tc>
      </w:tr>
      <w:tr>
        <w:tc>
          <w:tcPr>
            <w:tcW w:type="dxa" w:w="5184"/>
            <w:tcMar>
              <w:top w:w="20" w:type="dxa"/>
              <w:start w:w="90" w:type="dxa"/>
              <w:bottom w:w="20" w:type="dxa"/>
              <w:end w:w="90" w:type="dxa"/>
            </w:tcMar>
          </w:tcPr>
          <w:p>
            <w:r>
              <w:t>☐ Has ridden with sidewalkers</w:t>
            </w:r>
          </w:p>
        </w:tc>
        <w:tc>
          <w:tcPr>
            <w:tcW w:type="dxa" w:w="5184"/>
            <w:tcMar>
              <w:top w:w="20" w:type="dxa"/>
              <w:start w:w="90" w:type="dxa"/>
              <w:bottom w:w="20" w:type="dxa"/>
              <w:end w:w="90" w:type="dxa"/>
            </w:tcMar>
          </w:tcPr>
          <w:p>
            <w:r>
              <w:t>☐ Has ridden independently</w:t>
            </w:r>
          </w:p>
        </w:tc>
      </w:tr>
      <w:tr>
        <w:tc>
          <w:tcPr>
            <w:tcW w:type="dxa" w:w="5184"/>
            <w:tcMar>
              <w:top w:w="20" w:type="dxa"/>
              <w:start w:w="90" w:type="dxa"/>
              <w:bottom w:w="20" w:type="dxa"/>
              <w:end w:w="90" w:type="dxa"/>
            </w:tcMar>
          </w:tcPr>
          <w:p>
            <w:r>
              <w:t>☐ Walk experience</w:t>
            </w:r>
          </w:p>
        </w:tc>
        <w:tc>
          <w:tcPr>
            <w:tcW w:type="dxa" w:w="5184"/>
            <w:tcMar>
              <w:top w:w="20" w:type="dxa"/>
              <w:start w:w="90" w:type="dxa"/>
              <w:bottom w:w="20" w:type="dxa"/>
              <w:end w:w="90" w:type="dxa"/>
            </w:tcMar>
          </w:tcPr>
          <w:p>
            <w:r>
              <w:t>☐ Trot experience</w:t>
            </w:r>
          </w:p>
        </w:tc>
      </w:tr>
      <w:tr>
        <w:tc>
          <w:tcPr>
            <w:tcW w:type="dxa" w:w="5184"/>
            <w:tcMar>
              <w:top w:w="20" w:type="dxa"/>
              <w:start w:w="90" w:type="dxa"/>
              <w:bottom w:w="20" w:type="dxa"/>
              <w:end w:w="90" w:type="dxa"/>
            </w:tcMar>
          </w:tcPr>
          <w:p>
            <w:r>
              <w:t>☐ Canter experience</w:t>
            </w:r>
          </w:p>
        </w:tc>
        <w:tc>
          <w:tcPr>
            <w:tcW w:type="dxa" w:w="5184"/>
            <w:tcMar>
              <w:top w:w="20" w:type="dxa"/>
              <w:start w:w="90" w:type="dxa"/>
              <w:bottom w:w="20" w:type="dxa"/>
              <w:end w:w="90" w:type="dxa"/>
            </w:tcMar>
          </w:tcPr>
          <w:p>
            <w:r>
              <w:t>☐ Fearful / nervous around horses</w:t>
            </w:r>
          </w:p>
        </w:tc>
      </w:tr>
      <w:tr>
        <w:tc>
          <w:tcPr>
            <w:tcW w:type="dxa" w:w="5184"/>
            <w:tcMar>
              <w:top w:w="20" w:type="dxa"/>
              <w:start w:w="90" w:type="dxa"/>
              <w:bottom w:w="20" w:type="dxa"/>
              <w:end w:w="90" w:type="dxa"/>
            </w:tcMar>
          </w:tcPr>
          <w:p>
            <w:r>
              <w:t>☐ Previous fall or negative horse experience</w:t>
            </w:r>
          </w:p>
        </w:tc>
        <w:tc>
          <w:tcPr>
            <w:tcW w:type="dxa" w:w="5184"/>
            <w:tcMar>
              <w:top w:w="20" w:type="dxa"/>
              <w:start w:w="90" w:type="dxa"/>
              <w:bottom w:w="20" w:type="dxa"/>
              <w:end w:w="90" w:type="dxa"/>
            </w:tcMar>
          </w:tcPr>
          <w:p>
            <w:r>
              <w:t>☐ No prior horse experience</w:t>
            </w:r>
          </w:p>
        </w:tc>
      </w:tr>
    </w:tbl>
    <w:p>
      <w:r>
        <w:rPr>
          <w:b/>
        </w:rPr>
        <w:t>Please describe previous riding/horsemanship experience, including programs attended and approximate length of participation:</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Please describe any previous falls, injuries, fears, or negative experiences involving horses:</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8. Goals for Participation</w:t>
      </w:r>
    </w:p>
    <w:p>
      <w:r>
        <w:t>What would you most like your child to gain from Kindred Strides? Check all that apply:</w:t>
      </w:r>
    </w:p>
    <w:tbl>
      <w:tblPr>
        <w:tblW w:type="auto" w:w="0"/>
        <w:jc w:val="left"/>
        <w:tblLayout w:type="autofit"/>
        <w:tblLook w:firstColumn="1" w:firstRow="1" w:lastColumn="0" w:lastRow="0" w:noHBand="0" w:noVBand="1" w:val="04A0"/>
      </w:tblPr>
      <w:tblGrid>
        <w:gridCol w:w="3456"/>
        <w:gridCol w:w="3456"/>
        <w:gridCol w:w="3456"/>
      </w:tblGrid>
      <w:tr>
        <w:tc>
          <w:tcPr>
            <w:tcW w:type="dxa" w:w="3456"/>
            <w:tcMar>
              <w:top w:w="20" w:type="dxa"/>
              <w:start w:w="90" w:type="dxa"/>
              <w:bottom w:w="20" w:type="dxa"/>
              <w:end w:w="90" w:type="dxa"/>
            </w:tcMar>
          </w:tcPr>
          <w:p>
            <w:r>
              <w:t>☐ Balance</w:t>
            </w:r>
          </w:p>
        </w:tc>
        <w:tc>
          <w:tcPr>
            <w:tcW w:type="dxa" w:w="3456"/>
            <w:tcMar>
              <w:top w:w="20" w:type="dxa"/>
              <w:start w:w="90" w:type="dxa"/>
              <w:bottom w:w="20" w:type="dxa"/>
              <w:end w:w="90" w:type="dxa"/>
            </w:tcMar>
          </w:tcPr>
          <w:p>
            <w:r>
              <w:t>☐ Coordination</w:t>
            </w:r>
          </w:p>
        </w:tc>
        <w:tc>
          <w:tcPr>
            <w:tcW w:type="dxa" w:w="3456"/>
            <w:tcMar>
              <w:top w:w="20" w:type="dxa"/>
              <w:start w:w="90" w:type="dxa"/>
              <w:bottom w:w="20" w:type="dxa"/>
              <w:end w:w="90" w:type="dxa"/>
            </w:tcMar>
          </w:tcPr>
          <w:p>
            <w:r>
              <w:t>☐ Strength</w:t>
            </w:r>
          </w:p>
        </w:tc>
      </w:tr>
      <w:tr>
        <w:tc>
          <w:tcPr>
            <w:tcW w:type="dxa" w:w="3456"/>
            <w:tcMar>
              <w:top w:w="20" w:type="dxa"/>
              <w:start w:w="90" w:type="dxa"/>
              <w:bottom w:w="20" w:type="dxa"/>
              <w:end w:w="90" w:type="dxa"/>
            </w:tcMar>
          </w:tcPr>
          <w:p>
            <w:r>
              <w:t>☐ Endurance</w:t>
            </w:r>
          </w:p>
        </w:tc>
        <w:tc>
          <w:tcPr>
            <w:tcW w:type="dxa" w:w="3456"/>
            <w:tcMar>
              <w:top w:w="20" w:type="dxa"/>
              <w:start w:w="90" w:type="dxa"/>
              <w:bottom w:w="20" w:type="dxa"/>
              <w:end w:w="90" w:type="dxa"/>
            </w:tcMar>
          </w:tcPr>
          <w:p>
            <w:r>
              <w:t>☐ Motor planning</w:t>
            </w:r>
          </w:p>
        </w:tc>
        <w:tc>
          <w:tcPr>
            <w:tcW w:type="dxa" w:w="3456"/>
            <w:tcMar>
              <w:top w:w="20" w:type="dxa"/>
              <w:start w:w="90" w:type="dxa"/>
              <w:bottom w:w="20" w:type="dxa"/>
              <w:end w:w="90" w:type="dxa"/>
            </w:tcMar>
          </w:tcPr>
          <w:p>
            <w:r>
              <w:t>☐ Body awareness</w:t>
            </w:r>
          </w:p>
        </w:tc>
      </w:tr>
      <w:tr>
        <w:tc>
          <w:tcPr>
            <w:tcW w:type="dxa" w:w="3456"/>
            <w:tcMar>
              <w:top w:w="20" w:type="dxa"/>
              <w:start w:w="90" w:type="dxa"/>
              <w:bottom w:w="20" w:type="dxa"/>
              <w:end w:w="90" w:type="dxa"/>
            </w:tcMar>
          </w:tcPr>
          <w:p>
            <w:r>
              <w:t>☐ Confidence</w:t>
            </w:r>
          </w:p>
        </w:tc>
        <w:tc>
          <w:tcPr>
            <w:tcW w:type="dxa" w:w="3456"/>
            <w:tcMar>
              <w:top w:w="20" w:type="dxa"/>
              <w:start w:w="90" w:type="dxa"/>
              <w:bottom w:w="20" w:type="dxa"/>
              <w:end w:w="90" w:type="dxa"/>
            </w:tcMar>
          </w:tcPr>
          <w:p>
            <w:r>
              <w:t>☐ Independence</w:t>
            </w:r>
          </w:p>
        </w:tc>
        <w:tc>
          <w:tcPr>
            <w:tcW w:type="dxa" w:w="3456"/>
            <w:tcMar>
              <w:top w:w="20" w:type="dxa"/>
              <w:start w:w="90" w:type="dxa"/>
              <w:bottom w:w="20" w:type="dxa"/>
              <w:end w:w="90" w:type="dxa"/>
            </w:tcMar>
          </w:tcPr>
          <w:p>
            <w:r>
              <w:t>☐ Communication</w:t>
            </w:r>
          </w:p>
        </w:tc>
      </w:tr>
      <w:tr>
        <w:tc>
          <w:tcPr>
            <w:tcW w:type="dxa" w:w="3456"/>
            <w:tcMar>
              <w:top w:w="20" w:type="dxa"/>
              <w:start w:w="90" w:type="dxa"/>
              <w:bottom w:w="20" w:type="dxa"/>
              <w:end w:w="90" w:type="dxa"/>
            </w:tcMar>
          </w:tcPr>
          <w:p>
            <w:r>
              <w:t>☐ Following directions</w:t>
            </w:r>
          </w:p>
        </w:tc>
        <w:tc>
          <w:tcPr>
            <w:tcW w:type="dxa" w:w="3456"/>
            <w:tcMar>
              <w:top w:w="20" w:type="dxa"/>
              <w:start w:w="90" w:type="dxa"/>
              <w:bottom w:w="20" w:type="dxa"/>
              <w:end w:w="90" w:type="dxa"/>
            </w:tcMar>
          </w:tcPr>
          <w:p>
            <w:r>
              <w:t>☐ Emotional regulation</w:t>
            </w:r>
          </w:p>
        </w:tc>
        <w:tc>
          <w:tcPr>
            <w:tcW w:type="dxa" w:w="3456"/>
            <w:tcMar>
              <w:top w:w="20" w:type="dxa"/>
              <w:start w:w="90" w:type="dxa"/>
              <w:bottom w:w="20" w:type="dxa"/>
              <w:end w:w="90" w:type="dxa"/>
            </w:tcMar>
          </w:tcPr>
          <w:p>
            <w:r>
              <w:t>☐ Social interaction</w:t>
            </w:r>
          </w:p>
        </w:tc>
      </w:tr>
      <w:tr>
        <w:tc>
          <w:tcPr>
            <w:tcW w:type="dxa" w:w="3456"/>
            <w:tcMar>
              <w:top w:w="20" w:type="dxa"/>
              <w:start w:w="90" w:type="dxa"/>
              <w:bottom w:w="20" w:type="dxa"/>
              <w:end w:w="90" w:type="dxa"/>
            </w:tcMar>
          </w:tcPr>
          <w:p>
            <w:r>
              <w:t>☐ Focus / attention</w:t>
            </w:r>
          </w:p>
        </w:tc>
        <w:tc>
          <w:tcPr>
            <w:tcW w:type="dxa" w:w="3456"/>
            <w:tcMar>
              <w:top w:w="20" w:type="dxa"/>
              <w:start w:w="90" w:type="dxa"/>
              <w:bottom w:w="20" w:type="dxa"/>
              <w:end w:w="90" w:type="dxa"/>
            </w:tcMar>
          </w:tcPr>
          <w:p>
            <w:r>
              <w:t>☐ Responsibility</w:t>
            </w:r>
          </w:p>
        </w:tc>
        <w:tc>
          <w:tcPr>
            <w:tcW w:type="dxa" w:w="3456"/>
            <w:tcMar>
              <w:top w:w="20" w:type="dxa"/>
              <w:start w:w="90" w:type="dxa"/>
              <w:bottom w:w="20" w:type="dxa"/>
              <w:end w:w="90" w:type="dxa"/>
            </w:tcMar>
          </w:tcPr>
          <w:p>
            <w:r>
              <w:t>☐ Horsemanship skills</w:t>
            </w:r>
          </w:p>
        </w:tc>
      </w:tr>
      <w:tr>
        <w:tc>
          <w:tcPr>
            <w:tcW w:type="dxa" w:w="3456"/>
            <w:tcMar>
              <w:top w:w="20" w:type="dxa"/>
              <w:start w:w="90" w:type="dxa"/>
              <w:bottom w:w="20" w:type="dxa"/>
              <w:end w:w="90" w:type="dxa"/>
            </w:tcMar>
          </w:tcPr>
          <w:p>
            <w:r>
              <w:t>☐ Riding skills</w:t>
            </w:r>
          </w:p>
        </w:tc>
        <w:tc>
          <w:tcPr>
            <w:tcW w:type="dxa" w:w="3456"/>
            <w:tcMar>
              <w:top w:w="20" w:type="dxa"/>
              <w:start w:w="90" w:type="dxa"/>
              <w:bottom w:w="20" w:type="dxa"/>
              <w:end w:w="90" w:type="dxa"/>
            </w:tcMar>
          </w:tcPr>
          <w:p>
            <w:r>
              <w:t>☐ Recreation / fun</w:t>
            </w:r>
          </w:p>
        </w:tc>
        <w:tc>
          <w:tcPr>
            <w:tcW w:type="dxa" w:w="3456"/>
            <w:tcMar>
              <w:top w:w="20" w:type="dxa"/>
              <w:start w:w="90" w:type="dxa"/>
              <w:bottom w:w="20" w:type="dxa"/>
              <w:end w:w="90" w:type="dxa"/>
            </w:tcMar>
          </w:tcPr>
          <w:p>
            <w:r>
              <w:t>☐ Other</w:t>
            </w:r>
          </w:p>
        </w:tc>
      </w:tr>
    </w:tbl>
    <w:p>
      <w:r>
        <w:rPr>
          <w:b/>
        </w:rPr>
        <w:t>Please describe any specific goals you have for your child:</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9. Personal Care</w:t>
      </w:r>
    </w:p>
    <w:tbl>
      <w:tblPr>
        <w:tblW w:type="auto" w:w="0"/>
        <w:jc w:val="left"/>
        <w:tblLayout w:type="autofit"/>
        <w:tblLook w:firstColumn="1" w:firstRow="1" w:lastColumn="0" w:lastRow="0" w:noHBand="0" w:noVBand="1" w:val="04A0"/>
      </w:tblPr>
      <w:tblGrid>
        <w:gridCol w:w="5184"/>
        <w:gridCol w:w="5184"/>
      </w:tblGrid>
      <w:tr>
        <w:tc>
          <w:tcPr>
            <w:tcW w:type="dxa" w:w="5184"/>
            <w:tcMar>
              <w:top w:w="20" w:type="dxa"/>
              <w:start w:w="90" w:type="dxa"/>
              <w:bottom w:w="20" w:type="dxa"/>
              <w:end w:w="90" w:type="dxa"/>
            </w:tcMar>
          </w:tcPr>
          <w:p>
            <w:r>
              <w:t>☐ Independent with toileting</w:t>
            </w:r>
          </w:p>
        </w:tc>
        <w:tc>
          <w:tcPr>
            <w:tcW w:type="dxa" w:w="5184"/>
            <w:tcMar>
              <w:top w:w="20" w:type="dxa"/>
              <w:start w:w="90" w:type="dxa"/>
              <w:bottom w:w="20" w:type="dxa"/>
              <w:end w:w="90" w:type="dxa"/>
            </w:tcMar>
          </w:tcPr>
          <w:p>
            <w:r>
              <w:t>☐ Needs reminders</w:t>
            </w:r>
          </w:p>
        </w:tc>
      </w:tr>
      <w:tr>
        <w:tc>
          <w:tcPr>
            <w:tcW w:type="dxa" w:w="5184"/>
            <w:tcMar>
              <w:top w:w="20" w:type="dxa"/>
              <w:start w:w="90" w:type="dxa"/>
              <w:bottom w:w="20" w:type="dxa"/>
              <w:end w:w="90" w:type="dxa"/>
            </w:tcMar>
          </w:tcPr>
          <w:p>
            <w:r>
              <w:t>☐ Needs assistance</w:t>
            </w:r>
          </w:p>
        </w:tc>
        <w:tc>
          <w:tcPr>
            <w:tcW w:type="dxa" w:w="5184"/>
            <w:tcMar>
              <w:top w:w="20" w:type="dxa"/>
              <w:start w:w="90" w:type="dxa"/>
              <w:bottom w:w="20" w:type="dxa"/>
              <w:end w:w="90" w:type="dxa"/>
            </w:tcMar>
          </w:tcPr>
          <w:p>
            <w:r>
              <w:t>☐ Uses briefs / diapers</w:t>
            </w:r>
          </w:p>
        </w:tc>
      </w:tr>
      <w:tr>
        <w:tc>
          <w:tcPr>
            <w:tcW w:type="dxa" w:w="5184"/>
            <w:tcMar>
              <w:top w:w="20" w:type="dxa"/>
              <w:start w:w="90" w:type="dxa"/>
              <w:bottom w:w="20" w:type="dxa"/>
              <w:end w:w="90" w:type="dxa"/>
            </w:tcMar>
          </w:tcPr>
          <w:p>
            <w:r>
              <w:t>☐ Other</w:t>
            </w:r>
          </w:p>
        </w:tc>
        <w:tc>
          <w:tcPr>
            <w:tcW w:type="dxa" w:w="5184"/>
            <w:tcMar>
              <w:top w:w="20" w:type="dxa"/>
              <w:start w:w="90" w:type="dxa"/>
              <w:bottom w:w="20" w:type="dxa"/>
              <w:end w:w="90" w:type="dxa"/>
            </w:tcMar>
          </w:tcPr>
          <w:p/>
        </w:tc>
      </w:tr>
    </w:tbl>
    <w:p>
      <w:r>
        <w:rPr>
          <w:b/>
        </w:rPr>
        <w:t xml:space="preserve">Will a parent/caregiver provide any needed personal-care assistance while at the facility?  ☐ Yes  ☐ No </w:t>
      </w:r>
      <w:r>
        <w:t>____________________</w:t>
      </w:r>
    </w:p>
    <w:p>
      <w:r>
        <w:rPr>
          <w:b/>
        </w:rPr>
        <w:t>Anything else we should know about personal-care needs while your child is at Kindred Strides?</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10. Parent/Guardian Goals &amp; Concerns</w:t>
      </w:r>
    </w:p>
    <w:p>
      <w:r>
        <w:rPr>
          <w:b/>
        </w:rPr>
        <w:t>What are you most excited about regarding your child's participation?</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Do you have any concerns about your child participating around or riding horses?</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r>
        <w:rPr>
          <w:b/>
        </w:rPr>
        <w:t>Is there anything you would like the instructor to know privately before the first lesson?</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spacing w:after="0"/>
      </w:pPr>
      <w:r>
        <w:t>_________________________________________________________________________________________________________</w:t>
      </w:r>
    </w:p>
    <w:p>
      <w:pPr>
        <w:pStyle w:val="KSSection"/>
        <w:pBdr>
          <w:bottom w:val="single" w:sz="10" w:space="1" w:color="CA9131"/>
        </w:pBdr>
      </w:pPr>
      <w:r>
        <w:t>11. Parent/Guardian Certification</w:t>
      </w:r>
    </w:p>
    <w:p>
      <w:r>
        <w:t>I certify that the information provided on this form is accurate and complete to the best of my knowledge. I understand that it is my responsibility to inform Kindred Strides of the Sonoran of changes in the participant's medical condition, medications, abilities, behavior, or other circumstances that may affect safe participation. I understand that completion of this intake form does not replace any medical clearance, liability release, emergency authorization, or other documentation required by the program.</w:t>
      </w:r>
    </w:p>
    <w:p/>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Parent/guardian printed name</w:t>
              <w:br/>
            </w:r>
            <w:r>
              <w:t>__________________________________</w:t>
            </w:r>
          </w:p>
        </w:tc>
        <w:tc>
          <w:tcPr>
            <w:tcW w:type="dxa" w:w="5184"/>
            <w:tcMar>
              <w:top w:w="70" w:type="dxa"/>
              <w:start w:w="90" w:type="dxa"/>
              <w:bottom w:w="70" w:type="dxa"/>
              <w:end w:w="90" w:type="dxa"/>
            </w:tcMar>
          </w:tcPr>
          <w:p>
            <w:r>
              <w:rPr>
                <w:b/>
              </w:rPr>
              <w:t>Date</w:t>
              <w:br/>
            </w:r>
            <w:r>
              <w:t>__________________________________</w:t>
            </w:r>
          </w:p>
        </w:tc>
      </w:tr>
    </w:tbl>
    <w:tbl>
      <w:tblPr>
        <w:tblW w:type="auto" w:w="0"/>
        <w:jc w:val="center"/>
        <w:tblLayout w:type="fixed"/>
        <w:tblLook w:firstColumn="1" w:firstRow="1" w:lastColumn="0" w:lastRow="0" w:noHBand="0" w:noVBand="1" w:val="04A0"/>
      </w:tblPr>
      <w:tblGrid>
        <w:gridCol w:w="5256"/>
        <w:gridCol w:w="5256"/>
      </w:tblGrid>
      <w:tr>
        <w:tc>
          <w:tcPr>
            <w:tcW w:type="dxa" w:w="5184"/>
            <w:tcMar>
              <w:top w:w="70" w:type="dxa"/>
              <w:start w:w="90" w:type="dxa"/>
              <w:bottom w:w="70" w:type="dxa"/>
              <w:end w:w="90" w:type="dxa"/>
            </w:tcMar>
          </w:tcPr>
          <w:p>
            <w:r>
              <w:rPr>
                <w:b/>
              </w:rPr>
              <w:t>Parent/guardian signature</w:t>
              <w:br/>
            </w:r>
            <w:r>
              <w:t>__________________________________</w:t>
            </w:r>
          </w:p>
        </w:tc>
        <w:tc>
          <w:tcPr>
            <w:tcW w:type="dxa" w:w="5184"/>
            <w:tcMar>
              <w:top w:w="70" w:type="dxa"/>
              <w:start w:w="90" w:type="dxa"/>
              <w:bottom w:w="70" w:type="dxa"/>
              <w:end w:w="90" w:type="dxa"/>
            </w:tcMar>
          </w:tcPr>
          <w:p>
            <w:r>
              <w:rPr>
                <w:b/>
              </w:rPr>
              <w:t>Relationship to participant</w:t>
              <w:br/>
            </w:r>
            <w:r>
              <w:t>__________________________________</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5"/>
      </w:rPr>
      <w:t>Kindred Strides of the Sonoran • Adaptive Riding Parent/Guardian Intake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STitle">
    <w:name w:val="KS Title"/>
    <w:pPr>
      <w:spacing w:before="140" w:after="60"/>
    </w:pPr>
    <w:rPr>
      <w:rFonts w:ascii="Aptos Display" w:hAnsi="Aptos Display"/>
      <w:b/>
      <w:color w:val="274C3A"/>
      <w:sz w:val="40"/>
    </w:rPr>
  </w:style>
  <w:style w:type="paragraph" w:customStyle="1" w:styleId="KSSection">
    <w:name w:val="KS Section"/>
    <w:pPr>
      <w:spacing w:before="140" w:after="60"/>
    </w:pPr>
    <w:rPr>
      <w:rFonts w:ascii="Aptos Display" w:hAnsi="Aptos Display"/>
      <w:b/>
      <w:color w:val="9C4A2D"/>
      <w:sz w:val="25"/>
    </w:rPr>
  </w:style>
  <w:style w:type="paragraph" w:customStyle="1" w:styleId="KSSubsection">
    <w:name w:val="KS Subsection"/>
    <w:pPr>
      <w:spacing w:before="140" w:after="60"/>
    </w:pPr>
    <w:rPr>
      <w:rFonts w:ascii="Aptos" w:hAnsi="Aptos"/>
      <w:b/>
      <w:color w:val="274C3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