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274C3A"/>
          <w:sz w:val="46"/>
        </w:rPr>
        <w:t>KINDRED STRIDES</w:t>
      </w:r>
      <w:r>
        <w:rPr>
          <w:b/>
          <w:color w:val="CA9131"/>
          <w:sz w:val="22"/>
        </w:rPr>
        <w:br/>
        <w:t>OF THE SONORAN</w:t>
      </w:r>
    </w:p>
    <w:p>
      <w:pPr>
        <w:jc w:val="center"/>
      </w:pPr>
      <w:r>
        <w:rPr>
          <w:b/>
          <w:color w:val="9C4A2D"/>
          <w:sz w:val="30"/>
        </w:rPr>
        <w:t>Participant General Information &amp; Emergency Contact Form</w:t>
      </w:r>
    </w:p>
    <w:p>
      <w:pPr>
        <w:jc w:val="center"/>
      </w:pPr>
      <w:r>
        <w:rPr>
          <w:color w:val="5A5A5A"/>
          <w:sz w:val="17"/>
        </w:rPr>
        <w:t>Tucson, Arizona  •  info@kindredstrides.org  •  (520) 333-7719  •  www.kindredstrides.org</w:t>
      </w:r>
    </w:p>
    <w:p>
      <w:r>
        <w:rPr>
          <w:b/>
        </w:rPr>
        <w:t xml:space="preserve">For all Kindred Strides participants. </w:t>
      </w:r>
      <w:r>
        <w:t>Please keep contact and emergency information current and notify the program of any changes.</w:t>
      </w:r>
    </w:p>
    <w:p>
      <w:pPr>
        <w:spacing w:before="140" w:after="60"/>
        <w:pBdr>
          <w:bottom w:val="single" w:sz="10" w:space="1" w:color="CA9131"/>
        </w:pBdr>
      </w:pPr>
      <w:r>
        <w:rPr>
          <w:b/>
          <w:color w:val="9C4A2D"/>
          <w:sz w:val="25"/>
        </w:rPr>
        <w:t>1. Participant Information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Participant's full legal name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Preferred name / nickname</w:t>
              <w:br/>
            </w:r>
            <w:r>
              <w:t>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Date of birth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Pronouns (optional)</w:t>
              <w:br/>
            </w:r>
            <w:r>
              <w:t>__________________________________</w:t>
            </w:r>
          </w:p>
        </w:tc>
      </w:tr>
    </w:tbl>
    <w:p>
      <w:r>
        <w:rPr>
          <w:b/>
        </w:rPr>
        <w:t xml:space="preserve">Street address </w:t>
      </w:r>
      <w:r>
        <w:t>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City / State / ZIP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Participant phone (if applicable)</w:t>
              <w:br/>
            </w:r>
            <w:r>
              <w:t>__________________________________</w:t>
            </w:r>
          </w:p>
        </w:tc>
      </w:tr>
    </w:tbl>
    <w:p>
      <w:r>
        <w:rPr>
          <w:b/>
        </w:rPr>
        <w:t xml:space="preserve">Participant email (if applicable) </w:t>
      </w:r>
      <w:r>
        <w:t>_________________________________________________________</w:t>
      </w:r>
    </w:p>
    <w:p>
      <w:r>
        <w:rPr>
          <w:b/>
        </w:rPr>
        <w:t xml:space="preserve">Participant status: </w:t>
      </w:r>
      <w:r>
        <w:t>☐ Minor   ☐ Adult who is their own legal guardian   ☐ Adult with a legal guardian</w:t>
      </w:r>
    </w:p>
    <w:p>
      <w:pPr>
        <w:spacing w:before="140" w:after="60"/>
        <w:pBdr>
          <w:bottom w:val="single" w:sz="10" w:space="1" w:color="CA9131"/>
        </w:pBdr>
      </w:pPr>
      <w:r>
        <w:rPr>
          <w:b/>
          <w:color w:val="9C4A2D"/>
          <w:sz w:val="25"/>
        </w:rPr>
        <w:t>2. Parent / Legal Guardian Information</w:t>
      </w:r>
    </w:p>
    <w:p>
      <w:r>
        <w:rPr>
          <w:i/>
        </w:rPr>
        <w:t>Complete this section for minors or participants with a legal guardian.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Parent / legal guardian name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Relationship to participant</w:t>
              <w:br/>
            </w:r>
            <w:r>
              <w:t>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Primary phone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Alternate phone</w:t>
              <w:br/>
            </w:r>
            <w:r>
              <w:t>__________________________________</w:t>
            </w:r>
          </w:p>
        </w:tc>
      </w:tr>
    </w:tbl>
    <w:p>
      <w:r>
        <w:rPr>
          <w:b/>
        </w:rPr>
        <w:t xml:space="preserve">Email </w:t>
      </w:r>
      <w:r>
        <w:t>______________________________________________________________________________</w:t>
      </w:r>
    </w:p>
    <w:p>
      <w:r>
        <w:rPr>
          <w:b/>
        </w:rPr>
        <w:t xml:space="preserve">Address, if different from participant </w:t>
      </w:r>
      <w:r>
        <w:t>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Second parent / guardian name (if applicable)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Relationship</w:t>
              <w:br/>
            </w:r>
            <w:r>
              <w:t>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Primary phone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Email</w:t>
              <w:br/>
            </w:r>
            <w:r>
              <w:t>__________________________________</w:t>
            </w:r>
          </w:p>
        </w:tc>
      </w:tr>
    </w:tbl>
    <w:p>
      <w:pPr>
        <w:spacing w:before="140" w:after="60"/>
        <w:pBdr>
          <w:bottom w:val="single" w:sz="10" w:space="1" w:color="CA9131"/>
        </w:pBdr>
      </w:pPr>
      <w:r>
        <w:rPr>
          <w:b/>
          <w:color w:val="9C4A2D"/>
          <w:sz w:val="25"/>
        </w:rPr>
        <w:t>3. Emergency Contacts</w:t>
      </w:r>
    </w:p>
    <w:p>
      <w:r>
        <w:rPr>
          <w:b/>
        </w:rPr>
        <w:t>Primary Emergency Contact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Name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Relationship to participant</w:t>
              <w:br/>
            </w:r>
            <w:r>
              <w:t>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Primary phone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Alternate phone</w:t>
              <w:br/>
            </w:r>
            <w:r>
              <w:t>__________________________________</w:t>
            </w:r>
          </w:p>
        </w:tc>
      </w:tr>
    </w:tbl>
    <w:p>
      <w:r>
        <w:rPr>
          <w:b/>
        </w:rPr>
        <w:t>Secondary Emergency Contact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Name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Relationship to participant</w:t>
              <w:br/>
            </w:r>
            <w:r>
              <w:t>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Primary phone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Alternate phone</w:t>
              <w:br/>
            </w:r>
            <w:r>
              <w:t>__________________________________</w:t>
            </w:r>
          </w:p>
        </w:tc>
      </w:tr>
    </w:tbl>
    <w:p>
      <w:pPr>
        <w:spacing w:before="140" w:after="60"/>
        <w:pBdr>
          <w:bottom w:val="single" w:sz="10" w:space="1" w:color="CA9131"/>
        </w:pBdr>
      </w:pPr>
      <w:r>
        <w:rPr>
          <w:b/>
          <w:color w:val="9C4A2D"/>
          <w:sz w:val="25"/>
        </w:rPr>
        <w:t>4. Emergency Medical Information</w:t>
      </w:r>
    </w:p>
    <w:p>
      <w:r>
        <w:rPr>
          <w:b/>
        </w:rPr>
        <w:t xml:space="preserve">Preferred hospital / emergency facility (optional) </w:t>
      </w:r>
      <w:r>
        <w:t>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Primary care provider (optional)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Provider phone</w:t>
              <w:br/>
            </w:r>
            <w:r>
              <w:t>__________________________________</w:t>
            </w:r>
          </w:p>
        </w:tc>
      </w:tr>
    </w:tbl>
    <w:p>
      <w:r>
        <w:rPr>
          <w:b/>
        </w:rPr>
        <w:t>Important information staff should know in an emergency (allergies, medical devices, communication needs, emergency plan, etc.):</w:t>
      </w:r>
    </w:p>
    <w:p>
      <w:pPr>
        <w:spacing w:after="0"/>
      </w:pPr>
      <w:r>
        <w:t>________________________________________________________________________________________________________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________________________________________________________________________________________________________</w:t>
      </w:r>
    </w:p>
    <w:p>
      <w:pPr>
        <w:spacing w:before="140" w:after="60"/>
        <w:pBdr>
          <w:bottom w:val="single" w:sz="10" w:space="1" w:color="CA9131"/>
        </w:pBdr>
      </w:pPr>
      <w:r>
        <w:rPr>
          <w:b/>
          <w:color w:val="9C4A2D"/>
          <w:sz w:val="25"/>
        </w:rPr>
        <w:t>5. Authorized Pickup / Release of Minor</w:t>
      </w:r>
    </w:p>
    <w:p>
      <w:r>
        <w:rPr>
          <w:b/>
        </w:rPr>
        <w:t xml:space="preserve">For participants who are minors: </w:t>
      </w:r>
      <w:r>
        <w:t>List people, other than the parent/legal guardian above, who may pick up or receive the participant from Kindred Strides.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456"/>
        <w:gridCol w:w="3456"/>
        <w:gridCol w:w="3456"/>
      </w:tblGrid>
      <w:tr>
        <w:tc>
          <w:tcPr>
            <w:tcW w:type="dxa" w:w="3456"/>
          </w:tcPr>
          <w:p>
            <w:r>
              <w:rPr>
                <w:b/>
              </w:rPr>
              <w:t>Authorized Person</w:t>
            </w:r>
          </w:p>
        </w:tc>
        <w:tc>
          <w:tcPr>
            <w:tcW w:type="dxa" w:w="3456"/>
          </w:tcPr>
          <w:p>
            <w:r>
              <w:rPr>
                <w:b/>
              </w:rPr>
              <w:t>Relationship</w:t>
            </w:r>
          </w:p>
        </w:tc>
        <w:tc>
          <w:tcPr>
            <w:tcW w:type="dxa" w:w="3456"/>
          </w:tcPr>
          <w:p>
            <w:r>
              <w:rPr>
                <w:b/>
              </w:rPr>
              <w:t>Phone</w:t>
            </w:r>
          </w:p>
        </w:tc>
      </w:tr>
      <w:tr>
        <w:tc>
          <w:tcPr>
            <w:tcW w:type="dxa" w:w="3456"/>
          </w:tcPr>
          <w:p>
            <w:r>
              <w:br/>
              <w:t>________________________</w:t>
            </w:r>
          </w:p>
        </w:tc>
        <w:tc>
          <w:tcPr>
            <w:tcW w:type="dxa" w:w="3456"/>
          </w:tcPr>
          <w:p>
            <w:r>
              <w:br/>
              <w:t>________________________</w:t>
            </w:r>
          </w:p>
        </w:tc>
        <w:tc>
          <w:tcPr>
            <w:tcW w:type="dxa" w:w="3456"/>
          </w:tcPr>
          <w:p>
            <w:r>
              <w:br/>
              <w:t>________________________</w:t>
            </w:r>
          </w:p>
        </w:tc>
      </w:tr>
      <w:tr>
        <w:tc>
          <w:tcPr>
            <w:tcW w:type="dxa" w:w="3456"/>
          </w:tcPr>
          <w:p>
            <w:r>
              <w:br/>
              <w:t>________________________</w:t>
            </w:r>
          </w:p>
        </w:tc>
        <w:tc>
          <w:tcPr>
            <w:tcW w:type="dxa" w:w="3456"/>
          </w:tcPr>
          <w:p>
            <w:r>
              <w:br/>
              <w:t>________________________</w:t>
            </w:r>
          </w:p>
        </w:tc>
        <w:tc>
          <w:tcPr>
            <w:tcW w:type="dxa" w:w="3456"/>
          </w:tcPr>
          <w:p>
            <w:r>
              <w:br/>
              <w:t>________________________</w:t>
            </w:r>
          </w:p>
        </w:tc>
      </w:tr>
      <w:tr>
        <w:tc>
          <w:tcPr>
            <w:tcW w:type="dxa" w:w="3456"/>
          </w:tcPr>
          <w:p>
            <w:r>
              <w:br/>
              <w:t>________________________</w:t>
            </w:r>
          </w:p>
        </w:tc>
        <w:tc>
          <w:tcPr>
            <w:tcW w:type="dxa" w:w="3456"/>
          </w:tcPr>
          <w:p>
            <w:r>
              <w:br/>
              <w:t>________________________</w:t>
            </w:r>
          </w:p>
        </w:tc>
        <w:tc>
          <w:tcPr>
            <w:tcW w:type="dxa" w:w="3456"/>
          </w:tcPr>
          <w:p>
            <w:r>
              <w:br/>
              <w:t>________________________</w:t>
            </w:r>
          </w:p>
        </w:tc>
      </w:tr>
    </w:tbl>
    <w:p>
      <w:r>
        <w:t>☐ No additional individuals are authorized to pick up this participant.</w:t>
      </w:r>
    </w:p>
    <w:p>
      <w:pPr>
        <w:spacing w:before="140" w:after="60"/>
        <w:pBdr>
          <w:bottom w:val="single" w:sz="10" w:space="1" w:color="CA9131"/>
        </w:pBdr>
      </w:pPr>
      <w:r>
        <w:rPr>
          <w:b/>
          <w:color w:val="9C4A2D"/>
          <w:sz w:val="25"/>
        </w:rPr>
        <w:t>6. Preferred Contact</w:t>
      </w:r>
    </w:p>
    <w:p>
      <w:r>
        <w:rPr>
          <w:b/>
        </w:rPr>
        <w:t xml:space="preserve">Preferred method for routine program communication: </w:t>
      </w:r>
      <w:r>
        <w:t>☐ Call   ☐ Text   ☐ Email</w:t>
      </w:r>
    </w:p>
    <w:p>
      <w:r>
        <w:rPr>
          <w:b/>
        </w:rPr>
        <w:t xml:space="preserve">Best person to contact regarding scheduling/program matters </w:t>
      </w:r>
      <w:r>
        <w:t>_________________________________________________</w:t>
      </w:r>
    </w:p>
    <w:p>
      <w:pPr>
        <w:spacing w:before="140" w:after="60"/>
        <w:pBdr>
          <w:bottom w:val="single" w:sz="10" w:space="1" w:color="CA9131"/>
        </w:pBdr>
      </w:pPr>
      <w:r>
        <w:rPr>
          <w:b/>
          <w:color w:val="9C4A2D"/>
          <w:sz w:val="25"/>
        </w:rPr>
        <w:t>7. Certification</w:t>
      </w:r>
    </w:p>
    <w:p>
      <w:r>
        <w:t>I certify that the information provided on this form is accurate to the best of my knowledge. I understand that I am responsible for notifying Kindred Strides of the Sonoran if contact, guardianship, authorized pickup, or emergency information changes.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Participant or parent/guardian printed name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Relationship to participant</w:t>
              <w:br/>
            </w:r>
            <w:r>
              <w:t>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rPr>
                <w:b/>
              </w:rPr>
              <w:t>Signature</w:t>
              <w:br/>
            </w:r>
            <w:r>
              <w:t>__________________________________</w:t>
            </w:r>
          </w:p>
        </w:tc>
        <w:tc>
          <w:tcPr>
            <w:tcW w:type="dxa" w:w="5184"/>
          </w:tcPr>
          <w:p>
            <w:r>
              <w:rPr>
                <w:b/>
              </w:rPr>
              <w:t>Date</w:t>
              <w:br/>
            </w:r>
            <w:r>
              <w:t>__________________________________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A5A5A"/>
        <w:sz w:val="15"/>
      </w:rPr>
      <w:t>Kindred Strides of the Sonoran • Participant General Information &amp; Emergency Contact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40"/>
    </w:pPr>
    <w:rPr>
      <w:rFonts w:ascii="Aptos" w:hAnsi="Aptos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