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274C3A"/>
          <w:sz w:val="46"/>
        </w:rPr>
        <w:t>KINDRED STRIDES</w:t>
      </w:r>
      <w:r>
        <w:rPr>
          <w:b/>
          <w:color w:val="CA9131"/>
          <w:sz w:val="22"/>
        </w:rPr>
        <w:br/>
        <w:t>OF THE SONORAN</w:t>
      </w:r>
    </w:p>
    <w:p>
      <w:pPr>
        <w:jc w:val="center"/>
      </w:pPr>
      <w:r>
        <w:rPr>
          <w:b/>
          <w:color w:val="9C4A2D"/>
          <w:sz w:val="30"/>
        </w:rPr>
        <w:t>Participant &amp; Family Rules and Guidelines</w:t>
      </w:r>
    </w:p>
    <w:p>
      <w:pPr>
        <w:jc w:val="center"/>
      </w:pPr>
      <w:r>
        <w:rPr>
          <w:color w:val="5A5A5A"/>
          <w:sz w:val="17"/>
        </w:rPr>
        <w:t>Tucson, Arizona  •  info@kindredstrides.org  •  (520) 333-7719  •  www.kindredstrides.org</w:t>
      </w:r>
    </w:p>
    <w:p>
      <w:r>
        <w:rPr>
          <w:b/>
        </w:rPr>
        <w:t xml:space="preserve">Welcome to Kindred Strides! </w:t>
      </w:r>
      <w:r>
        <w:t>Our goal is to provide a safe, respectful, encouraging environment for participants, families, volunteers, horses, livestock, and everyone who shares the property. These guidelines apply to participants and their guests.</w:t>
      </w:r>
    </w:p>
    <w:p>
      <w:pPr>
        <w:spacing w:before="100" w:after="40"/>
        <w:pBdr>
          <w:bottom w:val="single" w:sz="8" w:space="1" w:color="CA9131"/>
        </w:pBdr>
      </w:pPr>
      <w:r>
        <w:rPr>
          <w:b/>
          <w:color w:val="9C4A2D"/>
          <w:sz w:val="23"/>
        </w:rPr>
        <w:t>1. Safety Comes First</w:t>
      </w:r>
    </w:p>
    <w:p>
      <w:pPr>
        <w:ind w:left="259" w:hanging="202"/>
      </w:pPr>
      <w:r>
        <w:t xml:space="preserve">• </w:t>
      </w:r>
      <w:r>
        <w:t>Follow all directions from the instructor or Kindred Strides staff promptly. If an instructor asks a participant to stop, dismount, move away from an animal, or change an activity, the direction must be followed.</w:t>
      </w:r>
    </w:p>
    <w:p>
      <w:pPr>
        <w:ind w:left="259" w:hanging="202"/>
      </w:pPr>
      <w:r>
        <w:t xml:space="preserve">• </w:t>
      </w:r>
      <w:r>
        <w:t>Do not enter stalls, pens, pastures, arenas, tack/feed areas, or other restricted areas unless invited or instructed to do so.</w:t>
      </w:r>
    </w:p>
    <w:p>
      <w:pPr>
        <w:ind w:left="259" w:hanging="202"/>
      </w:pPr>
      <w:r>
        <w:t xml:space="preserve">• </w:t>
      </w:r>
      <w:r>
        <w:t>Do not approach, catch, lead, groom, tack, mount, feed, or otherwise handle a horse or livestock animal without permission and appropriate supervision.</w:t>
      </w:r>
    </w:p>
    <w:p>
      <w:pPr>
        <w:ind w:left="259" w:hanging="202"/>
      </w:pPr>
      <w:r>
        <w:t xml:space="preserve">• </w:t>
      </w:r>
      <w:r>
        <w:t>Walk around horses and livestock. No running, screaming, chasing, roughhousing, fence climbing, or other behavior likely to frighten or excite animals.</w:t>
      </w:r>
    </w:p>
    <w:p>
      <w:pPr>
        <w:ind w:left="259" w:hanging="202"/>
      </w:pPr>
      <w:r>
        <w:t xml:space="preserve">• </w:t>
      </w:r>
      <w:r>
        <w:t>Never stand directly behind a horse or crowd an animal against a wall, gate, fence, or other person. Keep hands, fingers, and belongings away from mouths unless specifically instructed.</w:t>
      </w:r>
    </w:p>
    <w:p>
      <w:pPr>
        <w:ind w:left="259" w:hanging="202"/>
      </w:pPr>
      <w:r>
        <w:t xml:space="preserve">• </w:t>
      </w:r>
      <w:r>
        <w:t>Immediately report loose animals, damaged fencing/equipment, injuries, falls, bites, kicks, unsafe footing, or other safety concerns to staff. Do not chase a loose horse or livestock animal.</w:t>
      </w:r>
    </w:p>
    <w:p>
      <w:pPr>
        <w:spacing w:before="100" w:after="40"/>
        <w:pBdr>
          <w:bottom w:val="single" w:sz="8" w:space="1" w:color="CA9131"/>
        </w:pBdr>
      </w:pPr>
      <w:r>
        <w:rPr>
          <w:b/>
          <w:color w:val="9C4A2D"/>
          <w:sz w:val="23"/>
        </w:rPr>
        <w:t>2. Riding Attire &amp; Helmets</w:t>
      </w:r>
    </w:p>
    <w:p>
      <w:pPr>
        <w:ind w:left="259" w:hanging="202"/>
      </w:pPr>
      <w:r>
        <w:t xml:space="preserve">• </w:t>
      </w:r>
      <w:r>
        <w:t>ASTM/SEI-approved equestrian helmets are required for every participant during all mounted Kindred Strides activities, regardless of age. Helmets must be properly fitted and securely fastened.</w:t>
      </w:r>
    </w:p>
    <w:p>
      <w:pPr>
        <w:ind w:left="259" w:hanging="202"/>
      </w:pPr>
      <w:r>
        <w:t xml:space="preserve">• </w:t>
      </w:r>
      <w:r>
        <w:t>Participants must wear closed-toe footwear. For mounted activities, appropriate riding boots or other footwear approved by the instructor are strongly preferred; footwear must be compatible with the stirrups and activity.</w:t>
      </w:r>
    </w:p>
    <w:p>
      <w:pPr>
        <w:ind w:left="259" w:hanging="202"/>
      </w:pPr>
      <w:r>
        <w:t xml:space="preserve">• </w:t>
      </w:r>
      <w:r>
        <w:t>Long pants are required for all mounted activities. Clothing should allow safe movement and should not be excessively loose or likely to catch on tack, gates, or equipment.</w:t>
      </w:r>
    </w:p>
    <w:p>
      <w:pPr>
        <w:ind w:left="259" w:hanging="202"/>
      </w:pPr>
      <w:r>
        <w:t xml:space="preserve">• </w:t>
      </w:r>
      <w:r>
        <w:t>Avoid dangling jewelry, loose scarves, unsecured bags, or other items that could become caught in equipment.</w:t>
      </w:r>
    </w:p>
    <w:p>
      <w:pPr>
        <w:ind w:left="259" w:hanging="202"/>
      </w:pPr>
      <w:r>
        <w:t xml:space="preserve">• </w:t>
      </w:r>
      <w:r>
        <w:t>Dress for Tucson weather. Bring water and sun protection as appropriate. Staff may modify or stop activities because of heat or other unsafe conditions.</w:t>
      </w:r>
    </w:p>
    <w:p>
      <w:pPr>
        <w:spacing w:before="100" w:after="40"/>
        <w:pBdr>
          <w:bottom w:val="single" w:sz="8" w:space="1" w:color="CA9131"/>
        </w:pBdr>
      </w:pPr>
      <w:r>
        <w:rPr>
          <w:b/>
          <w:color w:val="9C4A2D"/>
          <w:sz w:val="23"/>
        </w:rPr>
        <w:t>3. Horses, Cheyenne &amp; Other Animals</w:t>
      </w:r>
    </w:p>
    <w:p>
      <w:pPr>
        <w:ind w:left="259" w:hanging="202"/>
      </w:pPr>
      <w:r>
        <w:t xml:space="preserve">• </w:t>
      </w:r>
      <w:r>
        <w:t>Kindred Strides horses and livestock are working animals and must be treated calmly, kindly, and respectfully.</w:t>
      </w:r>
    </w:p>
    <w:p>
      <w:pPr>
        <w:ind w:left="259" w:hanging="202"/>
      </w:pPr>
      <w:r>
        <w:t xml:space="preserve">• </w:t>
      </w:r>
      <w:r>
        <w:t>Do not feed treats, hay, grain, supplements, or any other food to any horse, cattle, or other animal unless the instructor gives permission. Special diets, medications, and feeding plans may apply.</w:t>
      </w:r>
    </w:p>
    <w:p>
      <w:pPr>
        <w:ind w:left="259" w:hanging="202"/>
      </w:pPr>
      <w:r>
        <w:t xml:space="preserve">• </w:t>
      </w:r>
      <w:r>
        <w:t>Do not open, close, unlatch, or alter gates, stall doors, pasture access, or fencing unless specifically directed.</w:t>
      </w:r>
    </w:p>
    <w:p>
      <w:pPr>
        <w:ind w:left="259" w:hanging="202"/>
      </w:pPr>
      <w:r>
        <w:t xml:space="preserve">• </w:t>
      </w:r>
      <w:r>
        <w:t>Do not discipline, strike, tease, chase, climb on, sit on, or otherwise interact with an animal in a manner not directed by staff.</w:t>
      </w:r>
    </w:p>
    <w:p>
      <w:pPr>
        <w:ind w:left="259" w:hanging="202"/>
      </w:pPr>
      <w:r>
        <w:t xml:space="preserve">• </w:t>
      </w:r>
      <w:r>
        <w:t>Some horses, tack, and equipment used by Kindred Strides may be privately owned. Participants and guests must respect all privately owned animals and property and may use them only with program authorization.</w:t>
      </w:r>
    </w:p>
    <w:p>
      <w:pPr>
        <w:ind w:left="259" w:hanging="202"/>
      </w:pPr>
      <w:r>
        <w:t xml:space="preserve">• </w:t>
      </w:r>
      <w:r>
        <w:t>An instructor may change the assigned horse, tack, activity, or lesson plan at any time based on horse welfare, participant safety, weather, staffing, or other conditions.</w:t>
      </w:r>
    </w:p>
    <w:p>
      <w:pPr>
        <w:spacing w:before="100" w:after="40"/>
        <w:pBdr>
          <w:bottom w:val="single" w:sz="8" w:space="1" w:color="CA9131"/>
        </w:pBdr>
      </w:pPr>
      <w:r>
        <w:rPr>
          <w:b/>
          <w:color w:val="9C4A2D"/>
          <w:sz w:val="23"/>
        </w:rPr>
        <w:t>4. Children, Families &amp; Guests</w:t>
      </w:r>
    </w:p>
    <w:p>
      <w:pPr>
        <w:ind w:left="259" w:hanging="202"/>
      </w:pPr>
      <w:r>
        <w:t xml:space="preserve">• </w:t>
      </w:r>
      <w:r>
        <w:t>Parents/guardians are responsible for children who are not actively participating in a lesson. Children may not wander the property or enter animal areas unattended.</w:t>
      </w:r>
    </w:p>
    <w:p>
      <w:pPr>
        <w:ind w:left="259" w:hanging="202"/>
      </w:pPr>
      <w:r>
        <w:t xml:space="preserve">• </w:t>
      </w:r>
      <w:r>
        <w:t>Guests and spectators must remain in areas designated by the instructor and must avoid distracting participants, horses, or volunteers during lessons.</w:t>
      </w:r>
    </w:p>
    <w:p>
      <w:pPr>
        <w:ind w:left="259" w:hanging="202"/>
      </w:pPr>
      <w:r>
        <w:t xml:space="preserve">• </w:t>
      </w:r>
      <w:r>
        <w:t>Please keep noise and movement around the arena and animal areas reasonable. Ask the instructor before approaching a participant during a mounted lesson.</w:t>
      </w:r>
    </w:p>
    <w:p>
      <w:pPr>
        <w:ind w:left="259" w:hanging="202"/>
      </w:pPr>
      <w:r>
        <w:t xml:space="preserve">• </w:t>
      </w:r>
      <w:r>
        <w:t>Participants who require a parent/caregiver to remain onsite for safety, communication, behavior, personal care, or emergency support must have that person available as arranged with the program.</w:t>
      </w:r>
    </w:p>
    <w:p>
      <w:pPr>
        <w:ind w:left="259" w:hanging="202"/>
      </w:pPr>
      <w:r>
        <w:t xml:space="preserve">• </w:t>
      </w:r>
      <w:r>
        <w:t>Parents/caregivers remain responsible for personal-care assistance unless another arrangement has been specifically made with Kindred Strides.</w:t>
      </w:r>
    </w:p>
    <w:p>
      <w:pPr>
        <w:spacing w:before="100" w:after="40"/>
        <w:pBdr>
          <w:bottom w:val="single" w:sz="8" w:space="1" w:color="CA9131"/>
        </w:pBdr>
      </w:pPr>
      <w:r>
        <w:rPr>
          <w:b/>
          <w:color w:val="9C4A2D"/>
          <w:sz w:val="23"/>
        </w:rPr>
        <w:t>5. Service Animals &amp; Pets</w:t>
      </w:r>
    </w:p>
    <w:p>
      <w:pPr>
        <w:ind w:left="259" w:hanging="202"/>
      </w:pPr>
      <w:r>
        <w:t xml:space="preserve">• </w:t>
      </w:r>
      <w:r>
        <w:t>Please leave pets at home unless Kindred Strides has specifically approved their presence.</w:t>
      </w:r>
    </w:p>
    <w:p>
      <w:pPr>
        <w:ind w:left="259" w:hanging="202"/>
      </w:pPr>
      <w:r>
        <w:t xml:space="preserve">• </w:t>
      </w:r>
      <w:r>
        <w:t>Trained service animals accompanying a person with a disability are permitted consistent with applicable law. For the safety of the service animal, participant, horses, and livestock, please notify Kindred Strides in advance when possible so staff can plan safe positioning and animal separation.</w:t>
      </w:r>
    </w:p>
    <w:p>
      <w:pPr>
        <w:ind w:left="259" w:hanging="202"/>
      </w:pPr>
      <w:r>
        <w:t xml:space="preserve">• </w:t>
      </w:r>
      <w:r>
        <w:t>Any animal on the property must remain under appropriate control. Kindred Strides may address the location or handling of an animal when necessary to safely conduct equine or livestock activities.</w:t>
      </w:r>
    </w:p>
    <w:p>
      <w:pPr>
        <w:spacing w:before="100" w:after="40"/>
        <w:pBdr>
          <w:bottom w:val="single" w:sz="8" w:space="1" w:color="CA9131"/>
        </w:pBdr>
      </w:pPr>
      <w:r>
        <w:rPr>
          <w:b/>
          <w:color w:val="9C4A2D"/>
          <w:sz w:val="23"/>
        </w:rPr>
        <w:t>6. Behavior &amp; Respect</w:t>
      </w:r>
    </w:p>
    <w:p>
      <w:pPr>
        <w:ind w:left="259" w:hanging="202"/>
      </w:pPr>
      <w:r>
        <w:t xml:space="preserve">• </w:t>
      </w:r>
      <w:r>
        <w:t>Treat participants, families, volunteers, staff, property owners, boarders, guests, and animals with respect.</w:t>
      </w:r>
    </w:p>
    <w:p>
      <w:pPr>
        <w:ind w:left="259" w:hanging="202"/>
      </w:pPr>
      <w:r>
        <w:t xml:space="preserve">• </w:t>
      </w:r>
      <w:r>
        <w:t>Bullying, harassment, threats, animal mistreatment, dangerous behavior, or deliberate disregard of safety instructions will not be tolerated.</w:t>
      </w:r>
    </w:p>
    <w:p>
      <w:pPr>
        <w:ind w:left="259" w:hanging="202"/>
      </w:pPr>
      <w:r>
        <w:t xml:space="preserve">• </w:t>
      </w:r>
      <w:r>
        <w:t>Kindred Strides may pause or end an activity or lesson when behavior creates a safety or animal-welfare concern. Whenever reasonably possible, staff will work with the participant/family on appropriate supports or alternatives.</w:t>
      </w:r>
    </w:p>
    <w:p>
      <w:pPr>
        <w:ind w:left="259" w:hanging="202"/>
      </w:pPr>
      <w:r>
        <w:t xml:space="preserve">• </w:t>
      </w:r>
      <w:r>
        <w:t>No smoking, vaping, alcohol, illegal drugs, or impairment by intoxicating substances during Kindred Strides activities or in program activity areas.</w:t>
      </w:r>
    </w:p>
    <w:p>
      <w:pPr>
        <w:ind w:left="259" w:hanging="202"/>
      </w:pPr>
      <w:r>
        <w:t xml:space="preserve">• </w:t>
      </w:r>
      <w:r>
        <w:t>Weapons are not permitted in Kindred Strides program activity areas except as otherwise required by applicable law.</w:t>
      </w:r>
    </w:p>
    <w:p>
      <w:pPr>
        <w:spacing w:before="100" w:after="40"/>
        <w:pBdr>
          <w:bottom w:val="single" w:sz="8" w:space="1" w:color="CA9131"/>
        </w:pBdr>
      </w:pPr>
      <w:r>
        <w:rPr>
          <w:b/>
          <w:color w:val="9C4A2D"/>
          <w:sz w:val="23"/>
        </w:rPr>
        <w:t>7. Arrival, Departure &amp; Lessons</w:t>
      </w:r>
    </w:p>
    <w:p>
      <w:pPr>
        <w:ind w:left="259" w:hanging="202"/>
      </w:pPr>
      <w:r>
        <w:t xml:space="preserve">• </w:t>
      </w:r>
      <w:r>
        <w:t>Please arrive with enough time to be ready at the scheduled lesson time. Do not begin handling or preparing a horse before the instructor is ready.</w:t>
      </w:r>
    </w:p>
    <w:p>
      <w:pPr>
        <w:ind w:left="259" w:hanging="202"/>
      </w:pPr>
      <w:r>
        <w:t xml:space="preserve">• </w:t>
      </w:r>
      <w:r>
        <w:t>Participants should remain in the designated waiting/meeting area until directed to begin the lesson.</w:t>
      </w:r>
    </w:p>
    <w:p>
      <w:pPr>
        <w:ind w:left="259" w:hanging="202"/>
      </w:pPr>
      <w:r>
        <w:t xml:space="preserve">• </w:t>
      </w:r>
      <w:r>
        <w:t>At the end of the lesson, participants and families should check with the instructor before leaving if the participant has been assigned horse-care or equipment tasks.</w:t>
      </w:r>
    </w:p>
    <w:p>
      <w:pPr>
        <w:ind w:left="259" w:hanging="202"/>
      </w:pPr>
      <w:r>
        <w:t xml:space="preserve">• </w:t>
      </w:r>
      <w:r>
        <w:t>Scheduling, cancellations, make-up lessons, payment, and planned absences are governed by the participant's current Kindred Strides lesson agreement/program policies.</w:t>
      </w:r>
    </w:p>
    <w:p>
      <w:pPr>
        <w:spacing w:before="100" w:after="40"/>
        <w:pBdr>
          <w:bottom w:val="single" w:sz="8" w:space="1" w:color="CA9131"/>
        </w:pBdr>
      </w:pPr>
      <w:r>
        <w:rPr>
          <w:b/>
          <w:color w:val="9C4A2D"/>
          <w:sz w:val="23"/>
        </w:rPr>
        <w:t>8. Weather, Heat &amp; Illness</w:t>
      </w:r>
    </w:p>
    <w:p>
      <w:pPr>
        <w:ind w:left="259" w:hanging="202"/>
      </w:pPr>
      <w:r>
        <w:t xml:space="preserve">• </w:t>
      </w:r>
      <w:r>
        <w:t>Equine activities are affected by heat, storms, lightning, wind, footing, air quality, and animal welfare. Kindred Strides may shorten, modify, move to an unmounted activity, reschedule, or cancel a lesson when conditions are unsafe.</w:t>
      </w:r>
    </w:p>
    <w:p>
      <w:pPr>
        <w:ind w:left="259" w:hanging="202"/>
      </w:pPr>
      <w:r>
        <w:t xml:space="preserve">• </w:t>
      </w:r>
      <w:r>
        <w:t>Participants should not attend when they have a contagious illness, fever, vomiting/diarrhea, or another condition that makes participation unsafe.</w:t>
      </w:r>
    </w:p>
    <w:p>
      <w:pPr>
        <w:ind w:left="259" w:hanging="202"/>
      </w:pPr>
      <w:r>
        <w:t xml:space="preserve">• </w:t>
      </w:r>
      <w:r>
        <w:t>Participants or caregivers should tell the instructor before the lesson about any temporary injury, illness, medication change, fatigue, pain, or other issue that could affect safe participation.</w:t>
      </w:r>
    </w:p>
    <w:p>
      <w:pPr>
        <w:ind w:left="259" w:hanging="202"/>
      </w:pPr>
      <w:r>
        <w:t xml:space="preserve">• </w:t>
      </w:r>
      <w:r>
        <w:t>Hydration breaks and rest breaks are encouraged. Participants should tell staff whenever they feel overheated, dizzy, unwell, frightened, or need a break.</w:t>
      </w:r>
    </w:p>
    <w:p>
      <w:pPr>
        <w:spacing w:before="100" w:after="40"/>
        <w:pBdr>
          <w:bottom w:val="single" w:sz="8" w:space="1" w:color="CA9131"/>
        </w:pBdr>
      </w:pPr>
      <w:r>
        <w:rPr>
          <w:b/>
          <w:color w:val="9C4A2D"/>
          <w:sz w:val="23"/>
        </w:rPr>
        <w:t>9. Photos, Phones &amp; Privacy</w:t>
      </w:r>
    </w:p>
    <w:p>
      <w:pPr>
        <w:ind w:left="259" w:hanging="202"/>
      </w:pPr>
      <w:r>
        <w:t xml:space="preserve">• </w:t>
      </w:r>
      <w:r>
        <w:t>Photography or video must respect the privacy of other participants. Do not photograph or post identifiable images of another participant without permission.</w:t>
      </w:r>
    </w:p>
    <w:p>
      <w:pPr>
        <w:ind w:left="259" w:hanging="202"/>
      </w:pPr>
      <w:r>
        <w:t xml:space="preserve">• </w:t>
      </w:r>
      <w:r>
        <w:t>Phones should be silenced or used in a way that does not distract horses, participants, or instruction.</w:t>
      </w:r>
    </w:p>
    <w:p>
      <w:pPr>
        <w:ind w:left="259" w:hanging="202"/>
      </w:pPr>
      <w:r>
        <w:t xml:space="preserve">• </w:t>
      </w:r>
      <w:r>
        <w:t>Kindred Strides' use of participant photographs or video is governed by a separate photo/media authorization.</w:t>
      </w:r>
    </w:p>
    <w:p>
      <w:pPr>
        <w:spacing w:before="100" w:after="40"/>
        <w:pBdr>
          <w:bottom w:val="single" w:sz="8" w:space="1" w:color="CA9131"/>
        </w:pBdr>
      </w:pPr>
      <w:r>
        <w:rPr>
          <w:b/>
          <w:color w:val="9C4A2D"/>
          <w:sz w:val="23"/>
        </w:rPr>
        <w:t>10. Acknowledgment</w:t>
      </w:r>
    </w:p>
    <w:p>
      <w:r>
        <w:t>I have received and reviewed the Kindred Strides of the Sonoran Participant &amp; Family Rules and Guidelines. I understand that these rules are intended to protect participants, families, volunteers, staff, horses, livestock, and property. I agree that I, and the minor participant and guests for whom I am responsible, will follow these rules and reasonable safety directions given by Kindred Strides staff. I understand that repeated or serious safety violations may result in modification, suspension, or termination of participation.</w:t>
      </w:r>
    </w:p>
    <w:tbl>
      <w:tblPr>
        <w:tblW w:type="auto" w:w="0"/>
        <w:jc w:val="center"/>
        <w:tblLook w:firstColumn="1" w:firstRow="1" w:lastColumn="0" w:lastRow="0" w:noHBand="0" w:noVBand="1" w:val="04A0"/>
      </w:tblPr>
      <w:tblGrid>
        <w:gridCol w:w="5184"/>
        <w:gridCol w:w="5184"/>
      </w:tblGrid>
      <w:tr>
        <w:tc>
          <w:tcPr>
            <w:tcW w:type="dxa" w:w="5184"/>
          </w:tcPr>
          <w:p>
            <w:r>
              <w:rPr>
                <w:b/>
              </w:rPr>
              <w:t>Participant printed name</w:t>
              <w:br/>
            </w:r>
            <w:r>
              <w:t>__________________________________</w:t>
            </w:r>
          </w:p>
        </w:tc>
        <w:tc>
          <w:tcPr>
            <w:tcW w:type="dxa" w:w="5184"/>
          </w:tcPr>
          <w:p>
            <w:r>
              <w:rPr>
                <w:b/>
              </w:rPr>
              <w:t>Date</w:t>
              <w:br/>
            </w:r>
            <w:r>
              <w:t>__________________________________</w:t>
            </w:r>
          </w:p>
        </w:tc>
      </w:tr>
    </w:tbl>
    <w:tbl>
      <w:tblPr>
        <w:tblW w:type="auto" w:w="0"/>
        <w:jc w:val="center"/>
        <w:tblLook w:firstColumn="1" w:firstRow="1" w:lastColumn="0" w:lastRow="0" w:noHBand="0" w:noVBand="1" w:val="04A0"/>
      </w:tblPr>
      <w:tblGrid>
        <w:gridCol w:w="5184"/>
        <w:gridCol w:w="5184"/>
      </w:tblGrid>
      <w:tr>
        <w:tc>
          <w:tcPr>
            <w:tcW w:type="dxa" w:w="5184"/>
          </w:tcPr>
          <w:p>
            <w:r>
              <w:rPr>
                <w:b/>
              </w:rPr>
              <w:t>Adult participant or parent/legal guardian signature</w:t>
              <w:br/>
            </w:r>
            <w:r>
              <w:t>__________________________________</w:t>
            </w:r>
          </w:p>
        </w:tc>
        <w:tc>
          <w:tcPr>
            <w:tcW w:type="dxa" w:w="5184"/>
          </w:tcPr>
          <w:p>
            <w:r>
              <w:rPr>
                <w:b/>
              </w:rPr>
              <w:t>Relationship (if signing for participant)</w:t>
              <w:br/>
            </w:r>
            <w:r>
              <w:t>__________________________________</w:t>
            </w:r>
          </w:p>
        </w:tc>
      </w:tr>
    </w:tbl>
    <w:sectPr w:rsidR="00FC693F" w:rsidRPr="0006063C" w:rsidSect="00034616">
      <w:footerReference w:type="default" r:id="rId9"/>
      <w:pgSz w:w="12240" w:h="15840"/>
      <w:pgMar w:top="720" w:right="936" w:bottom="720"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5A5A"/>
        <w:sz w:val="15"/>
      </w:rPr>
      <w:t>Kindred Strides of the Sonoran • Participant &amp; Family Rules and Guidelines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40"/>
    </w:pPr>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