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274C3A"/>
          <w:sz w:val="46"/>
        </w:rPr>
        <w:t>KINDRED STRIDES</w:t>
      </w:r>
      <w:r>
        <w:rPr>
          <w:b/>
          <w:color w:val="CA9131"/>
          <w:sz w:val="22"/>
        </w:rPr>
        <w:br/>
        <w:t>OF THE SONORAN</w:t>
      </w:r>
    </w:p>
    <w:p>
      <w:pPr>
        <w:jc w:val="center"/>
      </w:pPr>
      <w:r>
        <w:rPr>
          <w:b/>
          <w:color w:val="9C4A2D"/>
          <w:sz w:val="32"/>
        </w:rPr>
        <w:t>Photo, Video &amp; Media Release</w:t>
      </w:r>
    </w:p>
    <w:p>
      <w:pPr>
        <w:jc w:val="center"/>
      </w:pPr>
      <w:r>
        <w:rPr>
          <w:color w:val="5A5A5A"/>
          <w:sz w:val="17"/>
        </w:rPr>
        <w:t>Tucson, Arizona  •  info@kindredstrides.org  •  (520) 333-7719  •  www.kindredstrides.org</w:t>
      </w:r>
    </w:p>
    <w:p>
      <w:r>
        <w:t>Kindred Strides of the Sonoran occasionally photographs or records program activities to celebrate participants, share our mission, educate the community, communicate with supporters, and promote or fundraise for the nonprofit. Participation in photographs or media is optional and is not required to receive services.</w:t>
      </w:r>
    </w:p>
    <w:p>
      <w:pPr>
        <w:spacing w:before="140" w:after="60"/>
        <w:pBdr>
          <w:bottom w:val="single" w:sz="9" w:space="1" w:color="CA9131"/>
        </w:pBdr>
      </w:pPr>
      <w:r>
        <w:rPr>
          <w:b/>
          <w:color w:val="9C4A2D"/>
          <w:sz w:val="25"/>
        </w:rPr>
        <w:t>1. Participant Information</w:t>
      </w:r>
    </w:p>
    <w:tbl>
      <w:tblPr>
        <w:tblW w:type="auto" w:w="0"/>
        <w:jc w:val="center"/>
        <w:tblLook w:firstColumn="1" w:firstRow="1" w:lastColumn="0" w:lastRow="0" w:noHBand="0" w:noVBand="1" w:val="04A0"/>
      </w:tblPr>
      <w:tblGrid>
        <w:gridCol w:w="5112"/>
        <w:gridCol w:w="5112"/>
      </w:tblGrid>
      <w:tr>
        <w:tc>
          <w:tcPr>
            <w:tcW w:type="dxa" w:w="5112"/>
          </w:tcPr>
          <w:p>
            <w:r>
              <w:rPr>
                <w:b/>
              </w:rPr>
              <w:t>Participant's full name</w:t>
              <w:br/>
            </w:r>
            <w:r>
              <w:t>_________________________________</w:t>
            </w:r>
          </w:p>
        </w:tc>
        <w:tc>
          <w:tcPr>
            <w:tcW w:type="dxa" w:w="5112"/>
          </w:tcPr>
          <w:p>
            <w:r>
              <w:rPr>
                <w:b/>
              </w:rPr>
              <w:t>Date of birth</w:t>
              <w:br/>
            </w:r>
            <w:r>
              <w:t>_________________________________</w:t>
            </w:r>
          </w:p>
        </w:tc>
      </w:tr>
    </w:tbl>
    <w:p>
      <w:r>
        <w:rPr>
          <w:b/>
        </w:rPr>
        <w:t xml:space="preserve">Participant is: </w:t>
      </w:r>
      <w:r>
        <w:t>☐ Adult (18 or older)   ☐ Minor (under 18)</w:t>
      </w:r>
    </w:p>
    <w:p>
      <w:pPr>
        <w:spacing w:before="140" w:after="60"/>
        <w:pBdr>
          <w:bottom w:val="single" w:sz="9" w:space="1" w:color="CA9131"/>
        </w:pBdr>
      </w:pPr>
      <w:r>
        <w:rPr>
          <w:b/>
          <w:color w:val="9C4A2D"/>
          <w:sz w:val="25"/>
        </w:rPr>
        <w:t>2. Please Choose One</w:t>
      </w:r>
    </w:p>
    <w:p>
      <w:r>
        <w:rPr>
          <w:b/>
          <w:color w:val="274C3A"/>
          <w:sz w:val="22"/>
        </w:rPr>
        <w:t>☐ YES — I authorize photo, video, and media use.</w:t>
      </w:r>
    </w:p>
    <w:p>
      <w:r>
        <w:t>I give Kindred Strides of the Sonoran permission to photograph, video record, and/or audio record the participant during Kindred Strides programs, lessons, activities, events, demonstrations, volunteer activities, or other program-related functions.</w:t>
      </w:r>
    </w:p>
    <w:p>
      <w:r>
        <w:rPr>
          <w:b/>
          <w:color w:val="274C3A"/>
          <w:sz w:val="22"/>
        </w:rPr>
        <w:t>☐ LIMITED — I authorize media use with the restrictions selected below.</w:t>
      </w:r>
    </w:p>
    <w:p>
      <w:r>
        <w:t>Please check any restrictions that apply:</w:t>
      </w:r>
    </w:p>
    <w:p>
      <w:pPr>
        <w:ind w:left="259"/>
      </w:pPr>
      <w:r>
        <w:t>☐ May be used on Kindred Strides social media.</w:t>
      </w:r>
    </w:p>
    <w:p>
      <w:pPr>
        <w:ind w:left="259"/>
      </w:pPr>
      <w:r>
        <w:t>☐ May be used on the Kindred Strides website.</w:t>
      </w:r>
    </w:p>
    <w:p>
      <w:pPr>
        <w:ind w:left="259"/>
      </w:pPr>
      <w:r>
        <w:t>☐ May be used in printed materials, flyers, brochures, newsletters, displays, or annual reports.</w:t>
      </w:r>
    </w:p>
    <w:p>
      <w:pPr>
        <w:ind w:left="259"/>
      </w:pPr>
      <w:r>
        <w:t>☐ May be used in fundraising, grant, donor, sponsorship, or community outreach materials.</w:t>
      </w:r>
    </w:p>
    <w:p>
      <w:pPr>
        <w:ind w:left="259"/>
      </w:pPr>
      <w:r>
        <w:t>☐ May be used in news/media coverage or materials provided to outside media.</w:t>
      </w:r>
    </w:p>
    <w:p>
      <w:pPr>
        <w:ind w:left="259"/>
      </w:pPr>
      <w:r>
        <w:t>☐ Group photographs/video only; do not intentionally feature the participant individually.</w:t>
      </w:r>
    </w:p>
    <w:p>
      <w:pPr>
        <w:ind w:left="259"/>
      </w:pPr>
      <w:r>
        <w:t>☐ Do not use the participant's first name with the image.</w:t>
      </w:r>
    </w:p>
    <w:p>
      <w:pPr>
        <w:ind w:left="259"/>
      </w:pPr>
      <w:r>
        <w:t>☐ Other restriction: ________________________________________________</w:t>
      </w:r>
    </w:p>
    <w:p>
      <w:r>
        <w:rPr>
          <w:b/>
          <w:color w:val="9C4A2D"/>
          <w:sz w:val="22"/>
        </w:rPr>
        <w:t>☐ NO — I do not authorize Kindred Strides to photograph or record this participant for publication or promotional use.</w:t>
      </w:r>
    </w:p>
    <w:p>
      <w:pPr>
        <w:spacing w:before="140" w:after="60"/>
        <w:pBdr>
          <w:bottom w:val="single" w:sz="9" w:space="1" w:color="CA9131"/>
        </w:pBdr>
      </w:pPr>
      <w:r>
        <w:rPr>
          <w:b/>
          <w:color w:val="9C4A2D"/>
          <w:sz w:val="25"/>
        </w:rPr>
        <w:t>3. Authorized Uses</w:t>
      </w:r>
    </w:p>
    <w:p>
      <w:r>
        <w:t>If YES or LIMITED authorization is selected, I understand that authorized images, video, audio, or recordings may be edited, cropped, reproduced, published, displayed, distributed, or otherwise used by Kindred Strides for nonprofit educational, informational, promotional, community outreach, fundraising, grant, donor, sponsorship, and public-relations purposes, subject to any restrictions selected above.</w:t>
      </w:r>
    </w:p>
    <w:p>
      <w:r>
        <w:t>Unless I specifically authorize otherwise in writing, Kindred Strides will not intentionally publish the participant's full legal name, home address, phone number, email address, medical information, diagnosis, or other private identifying information with media.</w:t>
      </w:r>
    </w:p>
    <w:p>
      <w:pPr>
        <w:spacing w:before="140" w:after="60"/>
        <w:pBdr>
          <w:bottom w:val="single" w:sz="9" w:space="1" w:color="CA9131"/>
        </w:pBdr>
      </w:pPr>
      <w:r>
        <w:rPr>
          <w:b/>
          <w:color w:val="9C4A2D"/>
          <w:sz w:val="25"/>
        </w:rPr>
        <w:t>4. Online &amp; Third-Party Media</w:t>
      </w:r>
    </w:p>
    <w:p>
      <w:r>
        <w:t>I understand that photographs, video, or other media published online or on social media may be viewed, shared, downloaded, copied, or redistributed by others outside the control of Kindred Strides. Kindred Strides cannot guarantee removal of copies already published, shared, archived, printed, or otherwise distributed by third parties.</w:t>
      </w:r>
    </w:p>
    <w:p>
      <w:r>
        <w:t>Kindred Strides will not sell the participant's image or likeness to third parties for unrelated commercial advertising. This does not prevent Kindred Strides from using authorized media in its own fundraising, sponsorship, grant, promotional, or donor materials.</w:t>
      </w:r>
    </w:p>
    <w:p>
      <w:pPr>
        <w:spacing w:before="140" w:after="60"/>
        <w:pBdr>
          <w:bottom w:val="single" w:sz="9" w:space="1" w:color="CA9131"/>
        </w:pBdr>
      </w:pPr>
      <w:r>
        <w:rPr>
          <w:b/>
          <w:color w:val="9C4A2D"/>
          <w:sz w:val="25"/>
        </w:rPr>
        <w:t>5. Compensation &amp; Ownership</w:t>
      </w:r>
    </w:p>
    <w:p>
      <w:r>
        <w:t>I understand that I will not receive payment, royalties, or other compensation for authorized use of photographs, video, audio, or other recordings. To the extent permitted by law, I authorize Kindred Strides to use and reproduce media created by or for the program for the purposes described in this release.</w:t>
      </w:r>
    </w:p>
    <w:p>
      <w:pPr>
        <w:spacing w:before="140" w:after="60"/>
        <w:pBdr>
          <w:bottom w:val="single" w:sz="9" w:space="1" w:color="CA9131"/>
        </w:pBdr>
      </w:pPr>
      <w:r>
        <w:rPr>
          <w:b/>
          <w:color w:val="9C4A2D"/>
          <w:sz w:val="25"/>
        </w:rPr>
        <w:t>6. Changing or Revoking Permission</w:t>
      </w:r>
    </w:p>
    <w:p>
      <w:r>
        <w:t>I may change or revoke this authorization for future use by providing written notice to Kindred Strides of the Sonoran. A change or revocation will apply prospectively and will not require Kindred Strides to recall, destroy, or remove materials that were lawfully created, printed, distributed, posted, published, or shared before the program received the written change or revocation.</w:t>
      </w:r>
    </w:p>
    <w:p>
      <w:pPr>
        <w:spacing w:before="140" w:after="60"/>
        <w:pBdr>
          <w:bottom w:val="single" w:sz="9" w:space="1" w:color="CA9131"/>
        </w:pBdr>
      </w:pPr>
      <w:r>
        <w:rPr>
          <w:b/>
          <w:color w:val="9C4A2D"/>
          <w:sz w:val="25"/>
        </w:rPr>
        <w:t>7. Acknowledgment &amp; Signature</w:t>
      </w:r>
    </w:p>
    <w:p>
      <w:r>
        <w:t>I have read this Photo, Video &amp; Media Release and understand the choice I selected above. I understand that declining media authorization will not affect the participant's eligibility for Kindred Strides programs or services.</w:t>
      </w:r>
    </w:p>
    <w:tbl>
      <w:tblPr>
        <w:tblW w:type="auto" w:w="0"/>
        <w:jc w:val="center"/>
        <w:tblLook w:firstColumn="1" w:firstRow="1" w:lastColumn="0" w:lastRow="0" w:noHBand="0" w:noVBand="1" w:val="04A0"/>
      </w:tblPr>
      <w:tblGrid>
        <w:gridCol w:w="5112"/>
        <w:gridCol w:w="5112"/>
      </w:tblGrid>
      <w:tr>
        <w:tc>
          <w:tcPr>
            <w:tcW w:type="dxa" w:w="5112"/>
          </w:tcPr>
          <w:p>
            <w:r>
              <w:rPr>
                <w:b/>
              </w:rPr>
              <w:t>Participant printed name</w:t>
              <w:br/>
            </w:r>
            <w:r>
              <w:t>_________________________________</w:t>
            </w:r>
          </w:p>
        </w:tc>
        <w:tc>
          <w:tcPr>
            <w:tcW w:type="dxa" w:w="5112"/>
          </w:tcPr>
          <w:p>
            <w:r>
              <w:rPr>
                <w:b/>
              </w:rPr>
              <w:t>Date</w:t>
              <w:br/>
            </w:r>
            <w:r>
              <w:t>_________________________________</w:t>
            </w:r>
          </w:p>
        </w:tc>
      </w:tr>
    </w:tbl>
    <w:tbl>
      <w:tblPr>
        <w:tblW w:type="auto" w:w="0"/>
        <w:jc w:val="center"/>
        <w:tblLook w:firstColumn="1" w:firstRow="1" w:lastColumn="0" w:lastRow="0" w:noHBand="0" w:noVBand="1" w:val="04A0"/>
      </w:tblPr>
      <w:tblGrid>
        <w:gridCol w:w="5112"/>
        <w:gridCol w:w="5112"/>
      </w:tblGrid>
      <w:tr>
        <w:tc>
          <w:tcPr>
            <w:tcW w:type="dxa" w:w="5112"/>
          </w:tcPr>
          <w:p>
            <w:r>
              <w:rPr>
                <w:b/>
              </w:rPr>
              <w:t>Adult participant signature (if 18 or older)</w:t>
              <w:br/>
            </w:r>
            <w:r>
              <w:t>_________________________________</w:t>
            </w:r>
          </w:p>
        </w:tc>
        <w:tc>
          <w:tcPr>
            <w:tcW w:type="dxa" w:w="5112"/>
          </w:tcPr>
          <w:p>
            <w:r>
              <w:rPr>
                <w:b/>
              </w:rPr>
              <w:t>Date</w:t>
              <w:br/>
            </w:r>
            <w:r>
              <w:t>_________________________________</w:t>
            </w:r>
          </w:p>
        </w:tc>
      </w:tr>
    </w:tbl>
    <w:tbl>
      <w:tblPr>
        <w:tblW w:type="auto" w:w="0"/>
        <w:jc w:val="center"/>
        <w:tblLook w:firstColumn="1" w:firstRow="1" w:lastColumn="0" w:lastRow="0" w:noHBand="0" w:noVBand="1" w:val="04A0"/>
      </w:tblPr>
      <w:tblGrid>
        <w:gridCol w:w="5112"/>
        <w:gridCol w:w="5112"/>
      </w:tblGrid>
      <w:tr>
        <w:tc>
          <w:tcPr>
            <w:tcW w:type="dxa" w:w="5112"/>
          </w:tcPr>
          <w:p>
            <w:r>
              <w:rPr>
                <w:b/>
              </w:rPr>
              <w:t>Parent/legal guardian printed name (if participant is a minor)</w:t>
              <w:br/>
            </w:r>
            <w:r>
              <w:t>_________________________________</w:t>
            </w:r>
          </w:p>
        </w:tc>
        <w:tc>
          <w:tcPr>
            <w:tcW w:type="dxa" w:w="5112"/>
          </w:tcPr>
          <w:p>
            <w:r>
              <w:rPr>
                <w:b/>
              </w:rPr>
              <w:t>Relationship</w:t>
              <w:br/>
            </w:r>
            <w:r>
              <w:t>_________________________________</w:t>
            </w:r>
          </w:p>
        </w:tc>
      </w:tr>
    </w:tbl>
    <w:tbl>
      <w:tblPr>
        <w:tblW w:type="auto" w:w="0"/>
        <w:jc w:val="center"/>
        <w:tblLook w:firstColumn="1" w:firstRow="1" w:lastColumn="0" w:lastRow="0" w:noHBand="0" w:noVBand="1" w:val="04A0"/>
      </w:tblPr>
      <w:tblGrid>
        <w:gridCol w:w="5112"/>
        <w:gridCol w:w="5112"/>
      </w:tblGrid>
      <w:tr>
        <w:tc>
          <w:tcPr>
            <w:tcW w:type="dxa" w:w="5112"/>
          </w:tcPr>
          <w:p>
            <w:r>
              <w:rPr>
                <w:b/>
              </w:rPr>
              <w:t>Parent/legal guardian signature</w:t>
              <w:br/>
            </w:r>
            <w:r>
              <w:t>_________________________________</w:t>
            </w:r>
          </w:p>
        </w:tc>
        <w:tc>
          <w:tcPr>
            <w:tcW w:type="dxa" w:w="5112"/>
          </w:tcPr>
          <w:p>
            <w:r>
              <w:rPr>
                <w:b/>
              </w:rPr>
              <w:t>Date</w:t>
              <w:br/>
            </w:r>
            <w:r>
              <w:t>_________________________________</w:t>
            </w:r>
          </w:p>
        </w:tc>
      </w:tr>
    </w:tbl>
    <w:p>
      <w:r>
        <w:rPr>
          <w:i/>
        </w:rPr>
        <w:t>Kindred Strides staff use only — media preference noted in participant record:  ☐ Yes   ☐ Date: ____________</w:t>
      </w:r>
    </w:p>
    <w:sectPr w:rsidR="00FC693F" w:rsidRPr="0006063C" w:rsidSect="00034616">
      <w:footerReference w:type="default" r:id="rId9"/>
      <w:pgSz w:w="12240" w:h="15840"/>
      <w:pgMar w:top="864" w:right="1008" w:bottom="864"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A5A5A"/>
        <w:sz w:val="15"/>
      </w:rPr>
      <w:t>Kindred Strides of the Sonoran • Photo, Video &amp; Media Release</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pPr>
    <w:rPr>
      <w:rFonts w:ascii="Aptos" w:hAnsi="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